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bidi w:val="1"/>
        <w:jc w:val="right"/>
      </w:pPr>
      <w:r>
        <w:rPr>
          <w:rFonts w:ascii="Arial" w:hAnsi="Arial" w:cs="Arial"/>
          <w:b/>
          <w:color w:val="DB2777"/>
          <w:sz w:val="28"/>
          <w:rtl w:val="1"/>
          <w:bCs/>
          <w:szCs w:val="28"/>
        </w:rPr>
        <w:t>🎯 חידות וטריוויה – משחקי חשיבה לכיתה</w:t>
      </w:r>
    </w:p>
    <w:p>
      <w:pPr>
        <w:bidi w:val="1"/>
        <w:jc w:val="right"/>
      </w:pPr>
      <w:r>
        <w:rPr>
          <w:rFonts w:ascii="Arial" w:hAnsi="Arial" w:cs="Arial"/>
          <w:sz w:val="96"/>
          <w:rtl w:val="1"/>
          <w:szCs w:val="96"/>
        </w:rPr>
        <w:t>🎧</w:t>
      </w:r>
    </w:p>
    <w:p>
      <w:pPr>
        <w:pStyle w:val="Heading1"/>
        <w:bidi w:val="1"/>
        <w:jc w:val="right"/>
      </w:pPr>
      <w:r>
        <w:rPr>
          <w:rFonts w:ascii="Arial" w:hAnsi="Arial" w:cs="Arial"/>
          <w:b/>
          <w:color w:val="DB2777"/>
          <w:sz w:val="40"/>
          <w:rtl w:val="1"/>
          <w:bCs/>
          <w:szCs w:val="40"/>
        </w:rPr>
        <w:t>חידות וטריוויה</w:t>
      </w:r>
    </w:p>
    <w:p>
      <w:pPr>
        <w:bidi w:val="1"/>
        <w:jc w:val="right"/>
      </w:pPr>
      <w:r>
        <w:rPr>
          <w:rFonts w:ascii="Arial" w:hAnsi="Arial" w:cs="Arial"/>
          <w:sz w:val="28"/>
          <w:rtl w:val="1"/>
          <w:szCs w:val="28"/>
        </w:rPr>
        <w:t>משחקי חשיבה לכיתה – ז׳–ט׳</w:t>
      </w:r>
    </w:p>
    <w:p>
      <w:pPr>
        <w:bidi w:val="1"/>
        <w:jc w:val="right"/>
        <w:shd w:val="clear" w:fill="EDE9FE"/>
      </w:pPr>
      <w:r>
        <w:rPr>
          <w:rFonts w:ascii="Arial" w:hAnsi="Arial" w:cs="Arial"/>
          <w:b/>
          <w:sz w:val="28"/>
          <w:rtl w:val="1"/>
          <w:bCs/>
          <w:szCs w:val="28"/>
        </w:rPr>
        <w:t>רמה: ז׳–ט׳</w:t>
      </w:r>
    </w:p>
    <w:p>
      <w:pPr>
        <w:bidi w:val="1"/>
        <w:jc w:val="right"/>
        <w:shd w:val="clear" w:fill="FFF3D6"/>
      </w:pPr>
      <w:r>
        <w:rPr>
          <w:rFonts w:ascii="Arial" w:hAnsi="Arial" w:cs="Arial"/>
          <w:b/>
          <w:color w:val="DB2777"/>
          <w:sz w:val="36"/>
          <w:rtl w:val="1"/>
          <w:bCs/>
          <w:szCs w:val="36"/>
        </w:rPr>
        <w:t>📗 חוברת מלאה: מהדורה למורה + דפי תלמיד/ה</w:t>
      </w:r>
    </w:p>
    <w:p>
      <w:pPr>
        <w:bidi w:val="1"/>
        <w:jc w:val="right"/>
      </w:pPr>
      <w:r>
        <w:rPr>
          <w:rFonts w:ascii="Arial" w:hAnsi="Arial" w:cs="Arial"/>
          <w:sz w:val="22"/>
          <w:rtl w:val="1"/>
          <w:szCs w:val="22"/>
        </w:rPr>
        <w:t>יצרה: רוית ראש בן ישי</w:t>
      </w:r>
    </w:p>
    <w:p>
      <w:r>
        <w:br w:type="page"/>
      </w:r>
    </w:p>
    <w:p>
      <w:pPr>
        <w:pStyle w:val="Heading2"/>
        <w:bidi w:val="1"/>
        <w:jc w:val="right"/>
      </w:pPr>
      <w:r>
        <w:rPr>
          <w:rFonts w:ascii="Arial" w:hAnsi="Arial" w:cs="Arial"/>
          <w:b/>
          <w:color w:val="DB2777"/>
          <w:sz w:val="30"/>
          <w:rtl w:val="1"/>
          <w:bCs/>
          <w:szCs w:val="30"/>
        </w:rPr>
        <w:t>📑 תוכן העניינים</w:t>
      </w:r>
    </w:p>
    <w:p>
      <w:pPr>
        <w:bidi w:val="1"/>
        <w:jc w:val="right"/>
      </w:pPr>
      <w:hyperlink w:anchor="ttop">
        <w:r>
          <w:rPr>
            <w:rtl w:val="1"/>
            <w:u w:val="single"/>
            <w:color w:val="1E40AF"/>
          </w:rPr>
          <w:t xml:space="preserve">• 👩‍🏫 מהדורה למורה</w:t>
        </w:r>
      </w:hyperlink>
    </w:p>
    <w:p>
      <w:pPr>
        <w:bidi w:val="1"/>
        <w:jc w:val="right"/>
      </w:pPr>
      <w:hyperlink w:anchor="tkA">
        <w:r>
          <w:rPr>
            <w:rtl w:val="1"/>
            <w:u w:val="single"/>
            <w:color w:val="1E40AF"/>
          </w:rPr>
          <w:t xml:space="preserve">• מפתח – חלק א׳</w:t>
        </w:r>
      </w:hyperlink>
    </w:p>
    <w:p>
      <w:pPr>
        <w:bidi w:val="1"/>
        <w:jc w:val="right"/>
      </w:pPr>
      <w:hyperlink w:anchor="tkB">
        <w:r>
          <w:rPr>
            <w:rtl w:val="1"/>
            <w:u w:val="single"/>
            <w:color w:val="1E40AF"/>
          </w:rPr>
          <w:t xml:space="preserve">• מפתח – חלק ב׳</w:t>
        </w:r>
      </w:hyperlink>
    </w:p>
    <w:p>
      <w:pPr>
        <w:bidi w:val="1"/>
        <w:jc w:val="right"/>
      </w:pPr>
      <w:hyperlink w:anchor="tkC">
        <w:r>
          <w:rPr>
            <w:rtl w:val="1"/>
            <w:u w:val="single"/>
            <w:color w:val="1E40AF"/>
          </w:rPr>
          <w:t xml:space="preserve">• מפתח – חלק ג׳</w:t>
        </w:r>
      </w:hyperlink>
    </w:p>
    <w:p>
      <w:pPr>
        <w:bidi w:val="1"/>
        <w:jc w:val="right"/>
      </w:pPr>
      <w:hyperlink w:anchor="stop">
        <w:r>
          <w:rPr>
            <w:rtl w:val="1"/>
            <w:u w:val="single"/>
            <w:color w:val="1E40AF"/>
          </w:rPr>
          <w:t xml:space="preserve">• דפי התלמיד/ה</w:t>
        </w:r>
      </w:hyperlink>
    </w:p>
    <w:p>
      <w:pPr>
        <w:bidi w:val="1"/>
        <w:jc w:val="right"/>
      </w:pPr>
      <w:hyperlink w:anchor="sA">
        <w:r>
          <w:rPr>
            <w:rtl w:val="1"/>
            <w:u w:val="single"/>
            <w:color w:val="1E40AF"/>
          </w:rPr>
          <w:t xml:space="preserve">• חלק א׳</w:t>
        </w:r>
      </w:hyperlink>
    </w:p>
    <w:p>
      <w:pPr>
        <w:bidi w:val="1"/>
        <w:jc w:val="right"/>
      </w:pPr>
      <w:hyperlink w:anchor="sB">
        <w:r>
          <w:rPr>
            <w:rtl w:val="1"/>
            <w:u w:val="single"/>
            <w:color w:val="1E40AF"/>
          </w:rPr>
          <w:t xml:space="preserve">• חלק ב׳</w:t>
        </w:r>
      </w:hyperlink>
    </w:p>
    <w:p>
      <w:pPr>
        <w:bidi w:val="1"/>
        <w:jc w:val="right"/>
      </w:pPr>
      <w:hyperlink w:anchor="sC">
        <w:r>
          <w:rPr>
            <w:rtl w:val="1"/>
            <w:u w:val="single"/>
            <w:color w:val="1E40AF"/>
          </w:rPr>
          <w:t xml:space="preserve">• חלק ג׳</w:t>
        </w:r>
      </w:hyperlink>
    </w:p>
    <w:p>
      <w:pPr>
        <w:bidi w:val="1"/>
        <w:jc w:val="right"/>
      </w:pPr>
      <w:hyperlink w:anchor="sE">
        <w:r>
          <w:rPr>
            <w:rtl w:val="1"/>
            <w:u w:val="single"/>
            <w:color w:val="1E40AF"/>
          </w:rPr>
          <w:t xml:space="preserve">• חדר בריחה</w:t>
        </w:r>
      </w:hyperlink>
    </w:p>
    <w:p>
      <w:pPr>
        <w:bidi w:val="1"/>
        <w:jc w:val="right"/>
      </w:pPr>
      <w:hyperlink w:anchor="sW">
        <w:r>
          <w:rPr>
            <w:rtl w:val="1"/>
            <w:u w:val="single"/>
            <w:color w:val="1E40AF"/>
          </w:rPr>
          <w:t xml:space="preserve">• חידה משלי</w:t>
        </w:r>
      </w:hyperlink>
    </w:p>
    <w:p>
      <w:pPr>
        <w:pStyle w:val="Heading1"/>
        <w:bidi w:val="1"/>
        <w:jc w:val="right"/>
      </w:pPr>
      <w:bookmarkStart w:id="17863" w:name="ttop"/>
      <w:r>
        <w:rPr>
          <w:rFonts w:ascii="Arial" w:hAnsi="Arial" w:cs="Arial"/>
          <w:b/>
          <w:color w:val="DB2777"/>
          <w:sz w:val="40"/>
          <w:rtl w:val="1"/>
          <w:bCs/>
          <w:szCs w:val="40"/>
        </w:rPr>
        <w:t>👩‍🏫 מהדורה למורה</w:t>
      </w:r>
      <w:bookmarkEnd w:id="17863"/>
    </w:p>
    <w:p>
      <w:pPr>
        <w:bidi w:val="1"/>
        <w:jc w:val="right"/>
      </w:pPr>
      <w:r>
        <w:rPr>
          <w:rFonts w:ascii="Arial" w:hAnsi="Arial" w:cs="Arial"/>
          <w:b/>
          <w:sz w:val="26"/>
          <w:rtl w:val="1"/>
          <w:bCs/>
          <w:szCs w:val="26"/>
        </w:rPr>
        <w:t>המהדורה למורה מרכזת מטרות, הצעה להפעלה ומפתחות תשובות מלאים לרמה זו. דפי התלמיד/ה מופיעים אחריה, בעמודים נפרדים.</w:t>
      </w:r>
    </w:p>
    <w:p>
      <w:pPr>
        <w:pStyle w:val="Heading2"/>
        <w:bidi w:val="1"/>
        <w:jc w:val="right"/>
      </w:pPr>
      <w:bookmarkStart w:id="18057" w:name="tgoal"/>
      <w:r>
        <w:rPr>
          <w:rFonts w:ascii="Arial" w:hAnsi="Arial" w:cs="Arial"/>
          <w:b/>
          <w:color w:val="DB2777"/>
          <w:sz w:val="30"/>
          <w:rtl w:val="1"/>
          <w:bCs/>
          <w:szCs w:val="30"/>
        </w:rPr>
        <w:t>🎯 מטרות והפעלה</w:t>
      </w:r>
      <w:bookmarkEnd w:id="18057"/>
    </w:p>
    <w:p>
      <w:pPr>
        <w:bidi w:val="1"/>
        <w:jc w:val="right"/>
      </w:pPr>
      <w:r>
        <w:rPr>
          <w:rFonts w:ascii="Arial" w:hAnsi="Arial" w:cs="Arial"/>
          <w:sz w:val="24"/>
          <w:rtl w:val="1"/>
          <w:szCs w:val="24"/>
        </w:rPr>
        <w:t>• תרגול חשיבה לוגית וכמותית, הסקה ואוצר מילים.</w:t>
      </w:r>
    </w:p>
    <w:p>
      <w:pPr>
        <w:bidi w:val="1"/>
        <w:jc w:val="right"/>
      </w:pPr>
      <w:r>
        <w:rPr>
          <w:rFonts w:ascii="Arial" w:hAnsi="Arial" w:cs="Arial"/>
          <w:sz w:val="24"/>
          <w:rtl w:val="1"/>
          <w:szCs w:val="24"/>
        </w:rPr>
        <w:t>• היכרות עם מקומות, טבע, שפה ומורשת בישראל.</w:t>
      </w:r>
    </w:p>
    <w:p>
      <w:pPr>
        <w:bidi w:val="1"/>
        <w:jc w:val="right"/>
      </w:pPr>
      <w:r>
        <w:rPr>
          <w:rFonts w:ascii="Arial" w:hAnsi="Arial" w:cs="Arial"/>
          <w:sz w:val="24"/>
          <w:rtl w:val="1"/>
          <w:szCs w:val="24"/>
        </w:rPr>
        <w:t>• עבודת צוות, הקשבה ורוח ספורטיבית.</w:t>
      </w:r>
    </w:p>
    <w:p>
      <w:pPr>
        <w:bidi w:val="1"/>
        <w:jc w:val="right"/>
      </w:pPr>
      <w:r>
        <w:rPr>
          <w:rFonts w:ascii="Arial" w:hAnsi="Arial" w:cs="Arial"/>
          <w:sz w:val="24"/>
          <w:rtl w:val="1"/>
          <w:szCs w:val="24"/>
        </w:rPr>
        <w:t>1. פותחים במחשב הכיתה את האתר chidot-trivia.sites.tab.bot ובוחרים את הרמה.</w:t>
      </w:r>
    </w:p>
    <w:p>
      <w:pPr>
        <w:bidi w:val="1"/>
        <w:jc w:val="right"/>
      </w:pPr>
      <w:r>
        <w:rPr>
          <w:rFonts w:ascii="Arial" w:hAnsi="Arial" w:cs="Arial"/>
          <w:sz w:val="24"/>
          <w:rtl w:val="1"/>
          <w:szCs w:val="24"/>
        </w:rPr>
        <w:t>2. מצב 'כיתה / מקרן' – 2–4 קבוצות; מצב 'יחידים' – כוכבים במכשיר אישי.</w:t>
      </w:r>
    </w:p>
    <w:p>
      <w:pPr>
        <w:bidi w:val="1"/>
        <w:jc w:val="right"/>
      </w:pPr>
      <w:r>
        <w:rPr>
          <w:rFonts w:ascii="Arial" w:hAnsi="Arial" w:cs="Arial"/>
          <w:sz w:val="24"/>
          <w:rtl w:val="1"/>
          <w:szCs w:val="24"/>
        </w:rPr>
        <w:t>3. מחלקים את דפי התלמיד/ה; אחרי כל חלק בודקים יחד עם מפתח התשובות.</w:t>
      </w:r>
    </w:p>
    <w:p>
      <w:pPr>
        <w:bidi w:val="1"/>
        <w:jc w:val="right"/>
      </w:pPr>
      <w:r>
        <w:rPr>
          <w:rFonts w:ascii="Arial" w:hAnsi="Arial" w:cs="Arial"/>
          <w:sz w:val="24"/>
          <w:rtl w:val="1"/>
          <w:szCs w:val="24"/>
        </w:rPr>
        <w:t>4. מסיימים בכרטיס היציאה.</w:t>
      </w:r>
    </w:p>
    <w:p>
      <w:pPr>
        <w:pStyle w:val="Heading2"/>
        <w:bidi w:val="1"/>
        <w:jc w:val="right"/>
      </w:pPr>
      <w:bookmarkStart w:id="50865" w:name="tkA"/>
      <w:r>
        <w:rPr>
          <w:rFonts w:ascii="Arial" w:hAnsi="Arial" w:cs="Arial"/>
          <w:b/>
          <w:color w:val="DB2777"/>
          <w:sz w:val="30"/>
          <w:rtl w:val="1"/>
          <w:bCs/>
          <w:szCs w:val="30"/>
        </w:rPr>
        <w:t>🔑 מפתח – חלק א׳: ששי ישראלי</w:t>
      </w:r>
      <w:bookmarkEnd w:id="50865"/>
    </w:p>
    <w:tbl>
      <w:tblPr>
        <w:tblStyle w:val="TableGrid"/>
        <w:tblW w:type="auto" w:w="0"/>
        <w:tblLook w:firstColumn="1" w:firstRow="1" w:lastColumn="0" w:lastRow="0" w:noHBand="0" w:noVBand="1" w:val="04A0"/>
        <w:bidiVisual w:val="1"/>
      </w:tblPr>
      <w:tblGrid>
        <w:gridCol w:w="2551"/>
        <w:gridCol w:w="2551"/>
        <w:gridCol w:w="2551"/>
        <w:gridCol w:w="2551"/>
      </w:tblGrid>
      <w:tr>
        <w:tc>
          <w:tcPr>
            <w:tcW w:type="dxa" w:w="2551"/>
            <w:shd w:val="clear" w:fill="DB2777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b/>
                <w:color w:val="FFFFFF"/>
                <w:sz w:val="22"/>
                <w:rtl w:val="1"/>
                <w:bCs/>
                <w:szCs w:val="22"/>
              </w:rPr>
              <w:t>#</w:t>
            </w:r>
          </w:p>
        </w:tc>
        <w:tc>
          <w:tcPr>
            <w:tcW w:type="dxa" w:w="2551"/>
            <w:shd w:val="clear" w:fill="DB2777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b/>
                <w:color w:val="FFFFFF"/>
                <w:sz w:val="22"/>
                <w:rtl w:val="1"/>
                <w:bCs/>
                <w:szCs w:val="22"/>
              </w:rPr>
              <w:t>השאלה</w:t>
            </w:r>
          </w:p>
        </w:tc>
        <w:tc>
          <w:tcPr>
            <w:tcW w:type="dxa" w:w="2551"/>
            <w:shd w:val="clear" w:fill="DB2777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b/>
                <w:color w:val="FFFFFF"/>
                <w:sz w:val="22"/>
                <w:rtl w:val="1"/>
                <w:bCs/>
                <w:szCs w:val="22"/>
              </w:rPr>
              <w:t>התשובה</w:t>
            </w:r>
          </w:p>
        </w:tc>
        <w:tc>
          <w:tcPr>
            <w:tcW w:type="dxa" w:w="2551"/>
            <w:shd w:val="clear" w:fill="DB2777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b/>
                <w:color w:val="FFFFFF"/>
                <w:sz w:val="22"/>
                <w:rtl w:val="1"/>
                <w:bCs/>
                <w:szCs w:val="22"/>
              </w:rPr>
              <w:t>הסבר</w:t>
            </w:r>
          </w:p>
        </w:tc>
      </w:tr>
      <w:tr>
        <w:tc>
          <w:tcPr>
            <w:tcW w:type="dxa" w:w="2551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sz w:val="22"/>
                <w:rtl w:val="1"/>
                <w:szCs w:val="22"/>
              </w:rPr>
              <w:t>1</w:t>
            </w:r>
          </w:p>
        </w:tc>
        <w:tc>
          <w:tcPr>
            <w:tcW w:type="dxa" w:w="2551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sz w:val="22"/>
                <w:rtl w:val="1"/>
                <w:szCs w:val="22"/>
              </w:rPr>
              <w:t>איך נקראות המגילות העתיקות שהתגלו במערות קומראן, ליד ים המלח, החל משנת 1947?</w:t>
            </w:r>
          </w:p>
        </w:tc>
        <w:tc>
          <w:tcPr>
            <w:tcW w:type="dxa" w:w="2551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sz w:val="22"/>
                <w:rtl w:val="1"/>
                <w:szCs w:val="22"/>
              </w:rPr>
              <w:t>המגילות הגנוזות</w:t>
            </w:r>
          </w:p>
        </w:tc>
        <w:tc>
          <w:tcPr>
            <w:tcW w:type="dxa" w:w="2551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sz w:val="22"/>
                <w:rtl w:val="1"/>
                <w:szCs w:val="22"/>
              </w:rPr>
              <w:t>המגילות הגנוזות (מגילות ים המלח) כוללות את כתבי היד העתיקים ביותר שנמצאו של ספרי התנ״ך.</w:t>
            </w:r>
          </w:p>
        </w:tc>
      </w:tr>
      <w:tr>
        <w:tc>
          <w:tcPr>
            <w:tcW w:type="dxa" w:w="2551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sz w:val="22"/>
                <w:rtl w:val="1"/>
                <w:szCs w:val="22"/>
              </w:rPr>
              <w:t>2</w:t>
            </w:r>
          </w:p>
        </w:tc>
        <w:tc>
          <w:tcPr>
            <w:tcW w:type="dxa" w:w="2551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sz w:val="22"/>
                <w:rtl w:val="1"/>
                <w:szCs w:val="22"/>
              </w:rPr>
              <w:t>מהו הנהר הארוך ביותר בישראל?</w:t>
            </w:r>
          </w:p>
        </w:tc>
        <w:tc>
          <w:tcPr>
            <w:tcW w:type="dxa" w:w="2551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sz w:val="22"/>
                <w:rtl w:val="1"/>
                <w:szCs w:val="22"/>
              </w:rPr>
              <w:t>הירדן</w:t>
            </w:r>
          </w:p>
        </w:tc>
        <w:tc>
          <w:tcPr>
            <w:tcW w:type="dxa" w:w="2551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sz w:val="22"/>
                <w:rtl w:val="1"/>
                <w:szCs w:val="22"/>
              </w:rPr>
              <w:t>הירדן זורם מהגליל העליון, דרך הכנרת, עד ים המלח – והוא הנהר הארוך ביותר בארץ.</w:t>
            </w:r>
          </w:p>
        </w:tc>
      </w:tr>
      <w:tr>
        <w:tc>
          <w:tcPr>
            <w:tcW w:type="dxa" w:w="2551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sz w:val="22"/>
                <w:rtl w:val="1"/>
                <w:szCs w:val="22"/>
              </w:rPr>
              <w:t>3</w:t>
            </w:r>
          </w:p>
        </w:tc>
        <w:tc>
          <w:tcPr>
            <w:tcW w:type="dxa" w:w="2551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sz w:val="22"/>
                <w:rtl w:val="1"/>
                <w:szCs w:val="22"/>
              </w:rPr>
              <w:t>ישראל יושבת במפגש של שלוש יבשות, ולכן עוברות מעליה מיליוני ציפורים נודדות. אילו יבשות?</w:t>
            </w:r>
          </w:p>
        </w:tc>
        <w:tc>
          <w:tcPr>
            <w:tcW w:type="dxa" w:w="2551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sz w:val="22"/>
                <w:rtl w:val="1"/>
                <w:szCs w:val="22"/>
              </w:rPr>
              <w:t>אסיה, אפריקה ואירופה</w:t>
            </w:r>
          </w:p>
        </w:tc>
        <w:tc>
          <w:tcPr>
            <w:tcW w:type="dxa" w:w="2551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sz w:val="22"/>
                <w:rtl w:val="1"/>
                <w:szCs w:val="22"/>
              </w:rPr>
              <w:t>בגלל המיקום בין אסיה, אפריקה ואירופה, ישראל היא 'כביש מהיר' לציפורים בנדידת האביב והסתיו.</w:t>
            </w:r>
          </w:p>
        </w:tc>
      </w:tr>
      <w:tr>
        <w:tc>
          <w:tcPr>
            <w:tcW w:type="dxa" w:w="2551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sz w:val="22"/>
                <w:rtl w:val="1"/>
                <w:szCs w:val="22"/>
              </w:rPr>
              <w:t>4</w:t>
            </w:r>
          </w:p>
        </w:tc>
        <w:tc>
          <w:tcPr>
            <w:tcW w:type="dxa" w:w="2551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sz w:val="22"/>
                <w:rtl w:val="1"/>
                <w:szCs w:val="22"/>
              </w:rPr>
              <w:t>המילה 'אבא' שאנחנו אומרים כל יום – מאיזו שפה הגיעה לעברית?</w:t>
            </w:r>
          </w:p>
        </w:tc>
        <w:tc>
          <w:tcPr>
            <w:tcW w:type="dxa" w:w="2551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sz w:val="22"/>
                <w:rtl w:val="1"/>
                <w:szCs w:val="22"/>
              </w:rPr>
              <w:t>ארמית</w:t>
            </w:r>
          </w:p>
        </w:tc>
        <w:tc>
          <w:tcPr>
            <w:tcW w:type="dxa" w:w="2551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sz w:val="22"/>
                <w:rtl w:val="1"/>
                <w:szCs w:val="22"/>
              </w:rPr>
              <w:t>'אבא' היא מילה ארמית. בעברית המקראית אומרים 'אב' (למשל 'אבי').</w:t>
            </w:r>
          </w:p>
        </w:tc>
      </w:tr>
      <w:tr>
        <w:tc>
          <w:tcPr>
            <w:tcW w:type="dxa" w:w="2551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sz w:val="22"/>
                <w:rtl w:val="1"/>
                <w:szCs w:val="22"/>
              </w:rPr>
              <w:t>5</w:t>
            </w:r>
          </w:p>
        </w:tc>
        <w:tc>
          <w:tcPr>
            <w:tcW w:type="dxa" w:w="2551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sz w:val="22"/>
                <w:rtl w:val="1"/>
                <w:szCs w:val="22"/>
              </w:rPr>
              <w:t>באיזה חודש עברי מתחיל חג החנוכה?</w:t>
            </w:r>
          </w:p>
        </w:tc>
        <w:tc>
          <w:tcPr>
            <w:tcW w:type="dxa" w:w="2551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sz w:val="22"/>
                <w:rtl w:val="1"/>
                <w:szCs w:val="22"/>
              </w:rPr>
              <w:t>כסלו</w:t>
            </w:r>
          </w:p>
        </w:tc>
        <w:tc>
          <w:tcPr>
            <w:tcW w:type="dxa" w:w="2551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sz w:val="22"/>
                <w:rtl w:val="1"/>
                <w:szCs w:val="22"/>
              </w:rPr>
              <w:t>חנוכה מתחיל בכ״ה בכסלו ונמשך שמונה ימים, עד תחילת חודש טבת.</w:t>
            </w:r>
          </w:p>
        </w:tc>
      </w:tr>
      <w:tr>
        <w:tc>
          <w:tcPr>
            <w:tcW w:type="dxa" w:w="2551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sz w:val="22"/>
                <w:rtl w:val="1"/>
                <w:szCs w:val="22"/>
              </w:rPr>
              <w:t>6</w:t>
            </w:r>
          </w:p>
        </w:tc>
        <w:tc>
          <w:tcPr>
            <w:tcW w:type="dxa" w:w="2551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sz w:val="22"/>
                <w:rtl w:val="1"/>
                <w:szCs w:val="22"/>
              </w:rPr>
              <w:t>לפי המסורת, מי בנה את בית המקדש הראשון בירושלים?</w:t>
            </w:r>
          </w:p>
        </w:tc>
        <w:tc>
          <w:tcPr>
            <w:tcW w:type="dxa" w:w="2551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sz w:val="22"/>
                <w:rtl w:val="1"/>
                <w:szCs w:val="22"/>
              </w:rPr>
              <w:t>שלמה המלך</w:t>
            </w:r>
          </w:p>
        </w:tc>
        <w:tc>
          <w:tcPr>
            <w:tcW w:type="dxa" w:w="2551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sz w:val="22"/>
                <w:rtl w:val="1"/>
                <w:szCs w:val="22"/>
              </w:rPr>
              <w:t>לפי התנ״ך, דוד רצה לבנות את המקדש, ובנו שלמה הוא שבנה אותו.</w:t>
            </w:r>
          </w:p>
        </w:tc>
      </w:tr>
      <w:tr>
        <w:tc>
          <w:tcPr>
            <w:tcW w:type="dxa" w:w="2551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sz w:val="22"/>
                <w:rtl w:val="1"/>
                <w:szCs w:val="22"/>
              </w:rPr>
              <w:t>7</w:t>
            </w:r>
          </w:p>
        </w:tc>
        <w:tc>
          <w:tcPr>
            <w:tcW w:type="dxa" w:w="2551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sz w:val="22"/>
                <w:rtl w:val="1"/>
                <w:szCs w:val="22"/>
              </w:rPr>
              <w:t>איזו עיר בגליל העליון מכונה 'עיר המקובלים'?</w:t>
            </w:r>
          </w:p>
        </w:tc>
        <w:tc>
          <w:tcPr>
            <w:tcW w:type="dxa" w:w="2551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sz w:val="22"/>
                <w:rtl w:val="1"/>
                <w:szCs w:val="22"/>
              </w:rPr>
              <w:t>צפת</w:t>
            </w:r>
          </w:p>
        </w:tc>
        <w:tc>
          <w:tcPr>
            <w:tcW w:type="dxa" w:w="2551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sz w:val="22"/>
                <w:rtl w:val="1"/>
                <w:szCs w:val="22"/>
              </w:rPr>
              <w:t>בצפת פעלו במאה ה־16 חכמים ומקובלים רבים, והעיר מוכרת בסמטאות ובבתי הכנסת העתיקים שלה.</w:t>
            </w:r>
          </w:p>
        </w:tc>
      </w:tr>
      <w:tr>
        <w:tc>
          <w:tcPr>
            <w:tcW w:type="dxa" w:w="2551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sz w:val="22"/>
                <w:rtl w:val="1"/>
                <w:szCs w:val="22"/>
              </w:rPr>
              <w:t>8</w:t>
            </w:r>
          </w:p>
        </w:tc>
        <w:tc>
          <w:tcPr>
            <w:tcW w:type="dxa" w:w="2551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sz w:val="22"/>
                <w:rtl w:val="1"/>
                <w:szCs w:val="22"/>
              </w:rPr>
              <w:t>מאיזה מקור מגיע כיום חלק גדול ממי השתייה בישראל?</w:t>
            </w:r>
          </w:p>
        </w:tc>
        <w:tc>
          <w:tcPr>
            <w:tcW w:type="dxa" w:w="2551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sz w:val="22"/>
                <w:rtl w:val="1"/>
                <w:szCs w:val="22"/>
              </w:rPr>
              <w:t>התפלת מי הים התיכון</w:t>
            </w:r>
          </w:p>
        </w:tc>
        <w:tc>
          <w:tcPr>
            <w:tcW w:type="dxa" w:w="2551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sz w:val="22"/>
                <w:rtl w:val="1"/>
                <w:szCs w:val="22"/>
              </w:rPr>
              <w:t>במתקני התפלה על חוף הים התיכון מוציאים את המלח ממי הים והופכים אותם למי שתייה.</w:t>
            </w:r>
          </w:p>
        </w:tc>
      </w:tr>
      <w:tr>
        <w:tc>
          <w:tcPr>
            <w:tcW w:type="dxa" w:w="2551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sz w:val="22"/>
                <w:rtl w:val="1"/>
                <w:szCs w:val="22"/>
              </w:rPr>
              <w:t>9</w:t>
            </w:r>
          </w:p>
        </w:tc>
        <w:tc>
          <w:tcPr>
            <w:tcW w:type="dxa" w:w="2551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sz w:val="22"/>
                <w:rtl w:val="1"/>
                <w:szCs w:val="22"/>
              </w:rPr>
              <w:t>באיזה ענף זכתה ישראל במדליה האולימפית הראשונה שלה (1992)?</w:t>
            </w:r>
          </w:p>
        </w:tc>
        <w:tc>
          <w:tcPr>
            <w:tcW w:type="dxa" w:w="2551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sz w:val="22"/>
                <w:rtl w:val="1"/>
                <w:szCs w:val="22"/>
              </w:rPr>
              <w:t>ג׳ודו</w:t>
            </w:r>
          </w:p>
        </w:tc>
        <w:tc>
          <w:tcPr>
            <w:tcW w:type="dxa" w:w="2551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sz w:val="22"/>
                <w:rtl w:val="1"/>
                <w:szCs w:val="22"/>
              </w:rPr>
              <w:t>המדליה האולימפית הראשונה של ישראל הייתה בג׳ודו, באולימפיאדת ברצלונה 1992.</w:t>
            </w:r>
          </w:p>
        </w:tc>
      </w:tr>
      <w:tr>
        <w:tc>
          <w:tcPr>
            <w:tcW w:type="dxa" w:w="2551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sz w:val="22"/>
                <w:rtl w:val="1"/>
                <w:szCs w:val="22"/>
              </w:rPr>
              <w:t>10</w:t>
            </w:r>
          </w:p>
        </w:tc>
        <w:tc>
          <w:tcPr>
            <w:tcW w:type="dxa" w:w="2551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sz w:val="22"/>
                <w:rtl w:val="1"/>
                <w:szCs w:val="22"/>
              </w:rPr>
              <w:t>מהי הנקודה הנמוכה ביותר על פני היבשה בעולם?</w:t>
            </w:r>
          </w:p>
        </w:tc>
        <w:tc>
          <w:tcPr>
            <w:tcW w:type="dxa" w:w="2551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sz w:val="22"/>
                <w:rtl w:val="1"/>
                <w:szCs w:val="22"/>
              </w:rPr>
              <w:t>חופי ים המלח</w:t>
            </w:r>
          </w:p>
        </w:tc>
        <w:tc>
          <w:tcPr>
            <w:tcW w:type="dxa" w:w="2551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sz w:val="22"/>
                <w:rtl w:val="1"/>
                <w:szCs w:val="22"/>
              </w:rPr>
              <w:t>חופי ים המלח נמצאים מאות מטרים מתחת לפני הים – הנמוך ביותר ביבשה בכל העולם.</w:t>
            </w:r>
          </w:p>
        </w:tc>
      </w:tr>
      <w:tr>
        <w:tc>
          <w:tcPr>
            <w:tcW w:type="dxa" w:w="2551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sz w:val="22"/>
                <w:rtl w:val="1"/>
                <w:szCs w:val="22"/>
              </w:rPr>
              <w:t>11</w:t>
            </w:r>
          </w:p>
        </w:tc>
        <w:tc>
          <w:tcPr>
            <w:tcW w:type="dxa" w:w="2551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sz w:val="22"/>
                <w:rtl w:val="1"/>
                <w:szCs w:val="22"/>
              </w:rPr>
              <w:t>מה שם המנהרה העתיקה בעיר דוד שהובילה מים ממעיין הגיחון אל תוך העיר?</w:t>
            </w:r>
          </w:p>
        </w:tc>
        <w:tc>
          <w:tcPr>
            <w:tcW w:type="dxa" w:w="2551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sz w:val="22"/>
                <w:rtl w:val="1"/>
                <w:szCs w:val="22"/>
              </w:rPr>
              <w:t>נקבת השילוח</w:t>
            </w:r>
          </w:p>
        </w:tc>
        <w:tc>
          <w:tcPr>
            <w:tcW w:type="dxa" w:w="2551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sz w:val="22"/>
                <w:rtl w:val="1"/>
                <w:szCs w:val="22"/>
              </w:rPr>
              <w:t>נקבת השילוח (נקבת חזקיהו) נחצבה בסלע לפני כ־2,700 שנה, והולכים בה במים עד היום.</w:t>
            </w:r>
          </w:p>
        </w:tc>
      </w:tr>
      <w:tr>
        <w:tc>
          <w:tcPr>
            <w:tcW w:type="dxa" w:w="2551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sz w:val="22"/>
                <w:rtl w:val="1"/>
                <w:szCs w:val="22"/>
              </w:rPr>
              <w:t>12</w:t>
            </w:r>
          </w:p>
        </w:tc>
        <w:tc>
          <w:tcPr>
            <w:tcW w:type="dxa" w:w="2551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sz w:val="22"/>
                <w:rtl w:val="1"/>
                <w:szCs w:val="22"/>
              </w:rPr>
              <w:t>למה ילידי הארץ מכונים 'צברים'?</w:t>
            </w:r>
          </w:p>
        </w:tc>
        <w:tc>
          <w:tcPr>
            <w:tcW w:type="dxa" w:w="2551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sz w:val="22"/>
                <w:rtl w:val="1"/>
                <w:szCs w:val="22"/>
              </w:rPr>
              <w:t>כמו פרי הצבר – קוצני מבחוץ ומתוק מבפנים</w:t>
            </w:r>
          </w:p>
        </w:tc>
        <w:tc>
          <w:tcPr>
            <w:tcW w:type="dxa" w:w="2551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sz w:val="22"/>
                <w:rtl w:val="1"/>
                <w:szCs w:val="22"/>
              </w:rPr>
              <w:t>פרי הצבר קוצני בחוץ אבל רך ומתוק בפנים – וזו התדמית שמיוחסת לילידי הארץ.</w:t>
            </w:r>
          </w:p>
        </w:tc>
      </w:tr>
      <w:tr>
        <w:tc>
          <w:tcPr>
            <w:tcW w:type="dxa" w:w="2551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sz w:val="22"/>
                <w:rtl w:val="1"/>
                <w:szCs w:val="22"/>
              </w:rPr>
              <w:t>13</w:t>
            </w:r>
          </w:p>
        </w:tc>
        <w:tc>
          <w:tcPr>
            <w:tcW w:type="dxa" w:w="2551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sz w:val="22"/>
                <w:rtl w:val="1"/>
                <w:szCs w:val="22"/>
              </w:rPr>
              <w:t>איזה אתר ארכיאולוגי בעמק מציג עיר רומית-ביזנטית עם רחוב עמודים ותיאטרון גדול?</w:t>
            </w:r>
          </w:p>
        </w:tc>
        <w:tc>
          <w:tcPr>
            <w:tcW w:type="dxa" w:w="2551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sz w:val="22"/>
                <w:rtl w:val="1"/>
                <w:szCs w:val="22"/>
              </w:rPr>
              <w:t>בית שאן</w:t>
            </w:r>
          </w:p>
        </w:tc>
        <w:tc>
          <w:tcPr>
            <w:tcW w:type="dxa" w:w="2551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sz w:val="22"/>
                <w:rtl w:val="1"/>
                <w:szCs w:val="22"/>
              </w:rPr>
              <w:t>בגן הלאומי בית שאן אפשר להלך ברחוב עמודים עתיק ולראות תיאטרון ומרחצאות.</w:t>
            </w:r>
          </w:p>
        </w:tc>
      </w:tr>
      <w:tr>
        <w:tc>
          <w:tcPr>
            <w:tcW w:type="dxa" w:w="2551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sz w:val="22"/>
                <w:rtl w:val="1"/>
                <w:szCs w:val="22"/>
              </w:rPr>
              <w:t>14</w:t>
            </w:r>
          </w:p>
        </w:tc>
        <w:tc>
          <w:tcPr>
            <w:tcW w:type="dxa" w:w="2551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sz w:val="22"/>
                <w:rtl w:val="1"/>
                <w:szCs w:val="22"/>
              </w:rPr>
              <w:t>באיזה תאריך עברי חל יום הכיפורים?</w:t>
            </w:r>
          </w:p>
        </w:tc>
        <w:tc>
          <w:tcPr>
            <w:tcW w:type="dxa" w:w="2551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sz w:val="22"/>
                <w:rtl w:val="1"/>
                <w:szCs w:val="22"/>
              </w:rPr>
              <w:t>י׳ בתשרי</w:t>
            </w:r>
          </w:p>
        </w:tc>
        <w:tc>
          <w:tcPr>
            <w:tcW w:type="dxa" w:w="2551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sz w:val="22"/>
                <w:rtl w:val="1"/>
                <w:szCs w:val="22"/>
              </w:rPr>
              <w:t>יום הכיפורים חל עשרה ימים אחרי ראש השנה, בי׳ בתשרי.</w:t>
            </w:r>
          </w:p>
        </w:tc>
      </w:tr>
    </w:tbl>
    <w:p>
      <w:pPr>
        <w:pStyle w:val="Heading2"/>
        <w:bidi w:val="1"/>
        <w:jc w:val="right"/>
      </w:pPr>
      <w:bookmarkStart w:id="96537" w:name="tkB"/>
      <w:r>
        <w:rPr>
          <w:rFonts w:ascii="Arial" w:hAnsi="Arial" w:cs="Arial"/>
          <w:b/>
          <w:color w:val="DB2777"/>
          <w:sz w:val="30"/>
          <w:rtl w:val="1"/>
          <w:bCs/>
          <w:szCs w:val="30"/>
        </w:rPr>
        <w:t>🔑 מפתח – חלק ב׳: חידות ואחוזים</w:t>
      </w:r>
      <w:bookmarkEnd w:id="96537"/>
    </w:p>
    <w:p>
      <w:pPr>
        <w:bidi w:val="1"/>
        <w:jc w:val="right"/>
      </w:pPr>
      <w:r>
        <w:rPr>
          <w:rFonts w:ascii="Arial" w:hAnsi="Arial" w:cs="Arial"/>
          <w:b/>
          <w:sz w:val="24"/>
          <w:rtl w:val="1"/>
          <w:bCs/>
          <w:szCs w:val="24"/>
        </w:rPr>
        <w:t>• 👨‍👧 פי ארבעה, פי שניים – ✅ 10 שנים (ואבא בן 40)</w:t>
      </w:r>
    </w:p>
    <w:p>
      <w:pPr>
        <w:bidi w:val="1"/>
        <w:jc w:val="right"/>
      </w:pPr>
      <w:r>
        <w:rPr>
          <w:rFonts w:ascii="Arial" w:hAnsi="Arial" w:cs="Arial"/>
          <w:sz w:val="24"/>
          <w:rtl w:val="1"/>
          <w:szCs w:val="24"/>
        </w:rPr>
        <w:t>1. נסמן את גיל שירה ב-x; גיל אבא 4x</w:t>
      </w:r>
    </w:p>
    <w:p>
      <w:pPr>
        <w:bidi w:val="1"/>
        <w:jc w:val="right"/>
      </w:pPr>
      <w:r>
        <w:rPr>
          <w:rFonts w:ascii="Arial" w:hAnsi="Arial" w:cs="Arial"/>
          <w:sz w:val="24"/>
          <w:rtl w:val="1"/>
          <w:szCs w:val="24"/>
        </w:rPr>
        <w:t>2. בעוד 20 שנה: 4x + 20 = 2(x + 20)</w:t>
      </w:r>
    </w:p>
    <w:p>
      <w:pPr>
        <w:bidi w:val="1"/>
        <w:jc w:val="right"/>
      </w:pPr>
      <w:r>
        <w:rPr>
          <w:rFonts w:ascii="Arial" w:hAnsi="Arial" w:cs="Arial"/>
          <w:sz w:val="24"/>
          <w:rtl w:val="1"/>
          <w:szCs w:val="24"/>
        </w:rPr>
        <w:t>3. 4x + 20 = 2x + 40 ⇐ 2x = 20 ⇐ x = 10</w:t>
      </w:r>
    </w:p>
    <w:p>
      <w:pPr>
        <w:bidi w:val="1"/>
        <w:jc w:val="right"/>
      </w:pPr>
      <w:r>
        <w:rPr>
          <w:rFonts w:ascii="Arial" w:hAnsi="Arial" w:cs="Arial"/>
          <w:sz w:val="24"/>
          <w:rtl w:val="1"/>
          <w:szCs w:val="24"/>
        </w:rPr>
        <w:t>4. בדיקה: היום 10 ו-40; בעוד 20 שנה 30 ו-60 – פי 2 ✔</w:t>
      </w:r>
    </w:p>
    <w:p>
      <w:pPr>
        <w:bidi w:val="1"/>
        <w:jc w:val="right"/>
      </w:pPr>
      <w:r>
        <w:rPr>
          <w:rFonts w:ascii="Arial" w:hAnsi="Arial" w:cs="Arial"/>
          <w:b/>
          <w:sz w:val="24"/>
          <w:rtl w:val="1"/>
          <w:bCs/>
          <w:szCs w:val="24"/>
        </w:rPr>
        <w:t>• 🎨 צוות הצבעים – ✅ 10</w:t>
      </w:r>
    </w:p>
    <w:p>
      <w:pPr>
        <w:bidi w:val="1"/>
        <w:jc w:val="right"/>
      </w:pPr>
      <w:r>
        <w:rPr>
          <w:rFonts w:ascii="Arial" w:hAnsi="Arial" w:cs="Arial"/>
          <w:sz w:val="24"/>
          <w:rtl w:val="1"/>
          <w:szCs w:val="24"/>
        </w:rPr>
        <w:t>1. כל אחד/ת צובע/ת קיר אחד ב-5 שעות</w:t>
      </w:r>
    </w:p>
    <w:p>
      <w:pPr>
        <w:bidi w:val="1"/>
        <w:jc w:val="right"/>
      </w:pPr>
      <w:r>
        <w:rPr>
          <w:rFonts w:ascii="Arial" w:hAnsi="Arial" w:cs="Arial"/>
          <w:sz w:val="24"/>
          <w:rtl w:val="1"/>
          <w:szCs w:val="24"/>
        </w:rPr>
        <w:t>2. ב-10 שעות – כל אחד/ת צובע/ת 2 קירות</w:t>
      </w:r>
    </w:p>
    <w:p>
      <w:pPr>
        <w:bidi w:val="1"/>
        <w:jc w:val="right"/>
      </w:pPr>
      <w:r>
        <w:rPr>
          <w:rFonts w:ascii="Arial" w:hAnsi="Arial" w:cs="Arial"/>
          <w:sz w:val="24"/>
          <w:rtl w:val="1"/>
          <w:szCs w:val="24"/>
        </w:rPr>
        <w:t>3. 20 קירות ÷ 2 קירות לאדם = 10 צבעים וצבעיות</w:t>
      </w:r>
    </w:p>
    <w:p>
      <w:pPr>
        <w:bidi w:val="1"/>
        <w:jc w:val="right"/>
      </w:pPr>
      <w:r>
        <w:rPr>
          <w:rFonts w:ascii="Arial" w:hAnsi="Arial" w:cs="Arial"/>
          <w:b/>
          <w:sz w:val="24"/>
          <w:rtl w:val="1"/>
          <w:bCs/>
          <w:szCs w:val="24"/>
        </w:rPr>
        <w:t>• 🤝 לחיצות ידיים – ✅ 28 לחיצות</w:t>
      </w:r>
    </w:p>
    <w:p>
      <w:pPr>
        <w:bidi w:val="1"/>
        <w:jc w:val="right"/>
      </w:pPr>
      <w:r>
        <w:rPr>
          <w:rFonts w:ascii="Arial" w:hAnsi="Arial" w:cs="Arial"/>
          <w:sz w:val="24"/>
          <w:rtl w:val="1"/>
          <w:szCs w:val="24"/>
        </w:rPr>
        <w:t>1. כל משתתף/ת לוחץ/ת יד ל-7 אחרים: 8 × 7 = 56</w:t>
      </w:r>
    </w:p>
    <w:p>
      <w:pPr>
        <w:bidi w:val="1"/>
        <w:jc w:val="right"/>
      </w:pPr>
      <w:r>
        <w:rPr>
          <w:rFonts w:ascii="Arial" w:hAnsi="Arial" w:cs="Arial"/>
          <w:sz w:val="24"/>
          <w:rtl w:val="1"/>
          <w:szCs w:val="24"/>
        </w:rPr>
        <w:t>2. אבל כל לחיצה נספרה פעמיים (א׳ עם ב׳ = ב׳ עם א׳)</w:t>
      </w:r>
    </w:p>
    <w:p>
      <w:pPr>
        <w:bidi w:val="1"/>
        <w:jc w:val="right"/>
      </w:pPr>
      <w:r>
        <w:rPr>
          <w:rFonts w:ascii="Arial" w:hAnsi="Arial" w:cs="Arial"/>
          <w:sz w:val="24"/>
          <w:rtl w:val="1"/>
          <w:szCs w:val="24"/>
        </w:rPr>
        <w:t>3. 56 ÷ 2 = 28 לחיצות</w:t>
      </w:r>
    </w:p>
    <w:p>
      <w:pPr>
        <w:bidi w:val="1"/>
        <w:jc w:val="right"/>
      </w:pPr>
      <w:r>
        <w:rPr>
          <w:rFonts w:ascii="Arial" w:hAnsi="Arial" w:cs="Arial"/>
          <w:b/>
          <w:sz w:val="24"/>
          <w:rtl w:val="1"/>
          <w:bCs/>
          <w:szCs w:val="24"/>
        </w:rPr>
        <w:t>• 🕞 הזווית ב-3:30 – ✅ 75 מעלות</w:t>
      </w:r>
    </w:p>
    <w:p>
      <w:pPr>
        <w:bidi w:val="1"/>
        <w:jc w:val="right"/>
      </w:pPr>
      <w:r>
        <w:rPr>
          <w:rFonts w:ascii="Arial" w:hAnsi="Arial" w:cs="Arial"/>
          <w:sz w:val="24"/>
          <w:rtl w:val="1"/>
          <w:szCs w:val="24"/>
        </w:rPr>
        <w:t>1. מחוג הדקות על 6: ‏6 × 30 = 180 מעלות מ-12</w:t>
      </w:r>
    </w:p>
    <w:p>
      <w:pPr>
        <w:bidi w:val="1"/>
        <w:jc w:val="right"/>
      </w:pPr>
      <w:r>
        <w:rPr>
          <w:rFonts w:ascii="Arial" w:hAnsi="Arial" w:cs="Arial"/>
          <w:sz w:val="24"/>
          <w:rtl w:val="1"/>
          <w:szCs w:val="24"/>
        </w:rPr>
        <w:t>2. מחוג השעות זז גם הוא! בחצי שעה הוא עובר חצי מהדרך מ-3 ל-4</w:t>
      </w:r>
    </w:p>
    <w:p>
      <w:pPr>
        <w:bidi w:val="1"/>
        <w:jc w:val="right"/>
      </w:pPr>
      <w:r>
        <w:rPr>
          <w:rFonts w:ascii="Arial" w:hAnsi="Arial" w:cs="Arial"/>
          <w:sz w:val="24"/>
          <w:rtl w:val="1"/>
          <w:szCs w:val="24"/>
        </w:rPr>
        <w:t>3. מחוג השעות: 3.5 × 30 = 105 מעלות</w:t>
      </w:r>
    </w:p>
    <w:p>
      <w:pPr>
        <w:bidi w:val="1"/>
        <w:jc w:val="right"/>
      </w:pPr>
      <w:r>
        <w:rPr>
          <w:rFonts w:ascii="Arial" w:hAnsi="Arial" w:cs="Arial"/>
          <w:sz w:val="24"/>
          <w:rtl w:val="1"/>
          <w:szCs w:val="24"/>
        </w:rPr>
        <w:t>4. הזווית: 180 − 105 = 75 מעלות</w:t>
      </w:r>
    </w:p>
    <w:p>
      <w:pPr>
        <w:bidi w:val="1"/>
        <w:jc w:val="right"/>
      </w:pPr>
      <w:r>
        <w:rPr>
          <w:rFonts w:ascii="Arial" w:hAnsi="Arial" w:cs="Arial"/>
          <w:b/>
          <w:sz w:val="24"/>
          <w:rtl w:val="1"/>
          <w:bCs/>
          <w:szCs w:val="24"/>
        </w:rPr>
        <w:t>• 🌀 סדרה שמוסיפה את עצמה – ✅ 47</w:t>
      </w:r>
    </w:p>
    <w:p>
      <w:pPr>
        <w:bidi w:val="1"/>
        <w:jc w:val="right"/>
      </w:pPr>
      <w:r>
        <w:rPr>
          <w:rFonts w:ascii="Arial" w:hAnsi="Arial" w:cs="Arial"/>
          <w:sz w:val="24"/>
          <w:rtl w:val="1"/>
          <w:szCs w:val="24"/>
        </w:rPr>
        <w:t>1. כל מספר הוא סכום שני המספרים שלפניו</w:t>
      </w:r>
    </w:p>
    <w:p>
      <w:pPr>
        <w:bidi w:val="1"/>
        <w:jc w:val="right"/>
      </w:pPr>
      <w:r>
        <w:rPr>
          <w:rFonts w:ascii="Arial" w:hAnsi="Arial" w:cs="Arial"/>
          <w:sz w:val="24"/>
          <w:rtl w:val="1"/>
          <w:szCs w:val="24"/>
        </w:rPr>
        <w:t>2. 3 + 4 = 7, ‏4 + 7 = 11, ‏7 + 11 = 18, ‏11 + 18 = 29</w:t>
      </w:r>
    </w:p>
    <w:p>
      <w:pPr>
        <w:bidi w:val="1"/>
        <w:jc w:val="right"/>
      </w:pPr>
      <w:r>
        <w:rPr>
          <w:rFonts w:ascii="Arial" w:hAnsi="Arial" w:cs="Arial"/>
          <w:sz w:val="24"/>
          <w:rtl w:val="1"/>
          <w:szCs w:val="24"/>
        </w:rPr>
        <w:t>3. 18 + 29 = 47</w:t>
      </w:r>
    </w:p>
    <w:p>
      <w:pPr>
        <w:bidi w:val="1"/>
        <w:jc w:val="right"/>
      </w:pPr>
      <w:r>
        <w:rPr>
          <w:rFonts w:ascii="Arial" w:hAnsi="Arial" w:cs="Arial"/>
          <w:b/>
          <w:sz w:val="24"/>
          <w:rtl w:val="1"/>
          <w:bCs/>
          <w:szCs w:val="24"/>
        </w:rPr>
        <w:t>• 🚲 מפגש רוכבי האופניים – ✅ אחרי 2 שעות</w:t>
      </w:r>
    </w:p>
    <w:p>
      <w:pPr>
        <w:bidi w:val="1"/>
        <w:jc w:val="right"/>
      </w:pPr>
      <w:r>
        <w:rPr>
          <w:rFonts w:ascii="Arial" w:hAnsi="Arial" w:cs="Arial"/>
          <w:sz w:val="24"/>
          <w:rtl w:val="1"/>
          <w:szCs w:val="24"/>
        </w:rPr>
        <w:t>1. הם מתקרבים זה לזה ביחד: 12 + 18 = 30 ק״מ בכל שעה</w:t>
      </w:r>
    </w:p>
    <w:p>
      <w:pPr>
        <w:bidi w:val="1"/>
        <w:jc w:val="right"/>
      </w:pPr>
      <w:r>
        <w:rPr>
          <w:rFonts w:ascii="Arial" w:hAnsi="Arial" w:cs="Arial"/>
          <w:sz w:val="24"/>
          <w:rtl w:val="1"/>
          <w:szCs w:val="24"/>
        </w:rPr>
        <w:t>2. 60 ÷ 30 = 2 שעות</w:t>
      </w:r>
    </w:p>
    <w:p>
      <w:pPr>
        <w:bidi w:val="1"/>
        <w:jc w:val="right"/>
      </w:pPr>
      <w:r>
        <w:rPr>
          <w:rFonts w:ascii="Arial" w:hAnsi="Arial" w:cs="Arial"/>
          <w:sz w:val="24"/>
          <w:rtl w:val="1"/>
          <w:szCs w:val="24"/>
        </w:rPr>
        <w:t>3. בדיקה: 24 ק״מ + 36 ק״מ = 60 ✔</w:t>
      </w:r>
    </w:p>
    <w:p>
      <w:pPr>
        <w:bidi w:val="1"/>
        <w:jc w:val="right"/>
      </w:pPr>
      <w:r>
        <w:rPr>
          <w:rFonts w:ascii="Arial" w:hAnsi="Arial" w:cs="Arial"/>
          <w:b/>
          <w:sz w:val="24"/>
          <w:rtl w:val="1"/>
          <w:bCs/>
          <w:szCs w:val="24"/>
        </w:rPr>
        <w:t>• 🍊 התוויות המבולבלות – ✅ מקופסה אחת</w:t>
      </w:r>
    </w:p>
    <w:p>
      <w:pPr>
        <w:bidi w:val="1"/>
        <w:jc w:val="right"/>
      </w:pPr>
      <w:r>
        <w:rPr>
          <w:rFonts w:ascii="Arial" w:hAnsi="Arial" w:cs="Arial"/>
          <w:sz w:val="24"/>
          <w:rtl w:val="1"/>
          <w:szCs w:val="24"/>
        </w:rPr>
        <w:t>1. מוציאים פרי מהקופסה "מעורב" – היא בטוח לא מעורבת, אז הפרי מגלה מה יש בה (למשל תפוחים)</w:t>
      </w:r>
    </w:p>
    <w:p>
      <w:pPr>
        <w:bidi w:val="1"/>
        <w:jc w:val="right"/>
      </w:pPr>
      <w:r>
        <w:rPr>
          <w:rFonts w:ascii="Arial" w:hAnsi="Arial" w:cs="Arial"/>
          <w:sz w:val="24"/>
          <w:rtl w:val="1"/>
          <w:szCs w:val="24"/>
        </w:rPr>
        <w:t>2. הקופסה "תפוזים" לא יכולה להכיל תפוזים, וגם לא תפוחים (כבר מצאנו אותם) – לכן היא המעורבת</w:t>
      </w:r>
    </w:p>
    <w:p>
      <w:pPr>
        <w:bidi w:val="1"/>
        <w:jc w:val="right"/>
      </w:pPr>
      <w:r>
        <w:rPr>
          <w:rFonts w:ascii="Arial" w:hAnsi="Arial" w:cs="Arial"/>
          <w:sz w:val="24"/>
          <w:rtl w:val="1"/>
          <w:szCs w:val="24"/>
        </w:rPr>
        <w:t>3. הקופסה האחרונה ("תפוחים") מכילה תפוזים</w:t>
      </w:r>
    </w:p>
    <w:p>
      <w:pPr>
        <w:bidi w:val="1"/>
        <w:jc w:val="right"/>
      </w:pPr>
      <w:r>
        <w:rPr>
          <w:rFonts w:ascii="Arial" w:hAnsi="Arial" w:cs="Arial"/>
          <w:b/>
          <w:sz w:val="24"/>
          <w:rtl w:val="1"/>
          <w:bCs/>
          <w:szCs w:val="24"/>
        </w:rPr>
        <w:t>• 🏊 כרטיס לבריכה – ✅ 25%</w:t>
      </w:r>
    </w:p>
    <w:p>
      <w:pPr>
        <w:bidi w:val="1"/>
        <w:jc w:val="right"/>
      </w:pPr>
      <w:r>
        <w:rPr>
          <w:rFonts w:ascii="Arial" w:hAnsi="Arial" w:cs="Arial"/>
          <w:sz w:val="24"/>
          <w:rtl w:val="1"/>
          <w:szCs w:val="24"/>
        </w:rPr>
        <w:t>1. העלייה: 50 − 40 = 10 ₪</w:t>
      </w:r>
    </w:p>
    <w:p>
      <w:pPr>
        <w:bidi w:val="1"/>
        <w:jc w:val="right"/>
      </w:pPr>
      <w:r>
        <w:rPr>
          <w:rFonts w:ascii="Arial" w:hAnsi="Arial" w:cs="Arial"/>
          <w:sz w:val="24"/>
          <w:rtl w:val="1"/>
          <w:szCs w:val="24"/>
        </w:rPr>
        <w:t>2. משווים למחיר המקורי: 10 ÷ 40 = 0.25</w:t>
      </w:r>
    </w:p>
    <w:p>
      <w:pPr>
        <w:bidi w:val="1"/>
        <w:jc w:val="right"/>
      </w:pPr>
      <w:r>
        <w:rPr>
          <w:rFonts w:ascii="Arial" w:hAnsi="Arial" w:cs="Arial"/>
          <w:sz w:val="24"/>
          <w:rtl w:val="1"/>
          <w:szCs w:val="24"/>
        </w:rPr>
        <w:t>3. 0.25 = 25%</w:t>
      </w:r>
    </w:p>
    <w:p>
      <w:pPr>
        <w:bidi w:val="1"/>
        <w:jc w:val="right"/>
      </w:pPr>
      <w:r>
        <w:rPr>
          <w:rFonts w:ascii="Arial" w:hAnsi="Arial" w:cs="Arial"/>
          <w:b/>
          <w:sz w:val="24"/>
          <w:rtl w:val="1"/>
          <w:bCs/>
          <w:szCs w:val="24"/>
        </w:rPr>
        <w:t>• 🚲 עלה וירד – ✅ 480 ₪</w:t>
      </w:r>
    </w:p>
    <w:p>
      <w:pPr>
        <w:bidi w:val="1"/>
        <w:jc w:val="right"/>
      </w:pPr>
      <w:r>
        <w:rPr>
          <w:rFonts w:ascii="Arial" w:hAnsi="Arial" w:cs="Arial"/>
          <w:sz w:val="24"/>
          <w:rtl w:val="1"/>
          <w:szCs w:val="24"/>
        </w:rPr>
        <w:t>1. אחרי עלייה: 500 × 1.2 = 600 ₪</w:t>
      </w:r>
    </w:p>
    <w:p>
      <w:pPr>
        <w:bidi w:val="1"/>
        <w:jc w:val="right"/>
      </w:pPr>
      <w:r>
        <w:rPr>
          <w:rFonts w:ascii="Arial" w:hAnsi="Arial" w:cs="Arial"/>
          <w:sz w:val="24"/>
          <w:rtl w:val="1"/>
          <w:szCs w:val="24"/>
        </w:rPr>
        <w:t>2. אחרי ירידה: 600 × 0.8 = 480 ₪</w:t>
      </w:r>
    </w:p>
    <w:p>
      <w:pPr>
        <w:bidi w:val="1"/>
        <w:jc w:val="right"/>
      </w:pPr>
      <w:r>
        <w:rPr>
          <w:rFonts w:ascii="Arial" w:hAnsi="Arial" w:cs="Arial"/>
          <w:sz w:val="24"/>
          <w:rtl w:val="1"/>
          <w:szCs w:val="24"/>
        </w:rPr>
        <w:t>3. הירידה חושבה מ-600 (מספר גדול יותר) – לכן לא חזרנו ל-500</w:t>
      </w:r>
    </w:p>
    <w:p>
      <w:pPr>
        <w:bidi w:val="1"/>
        <w:jc w:val="right"/>
      </w:pPr>
      <w:r>
        <w:rPr>
          <w:rFonts w:ascii="Arial" w:hAnsi="Arial" w:cs="Arial"/>
          <w:b/>
          <w:sz w:val="24"/>
          <w:rtl w:val="1"/>
          <w:bCs/>
          <w:szCs w:val="24"/>
        </w:rPr>
        <w:t>• 🗳️ הצבעה בשכבה – ✅ 54</w:t>
      </w:r>
    </w:p>
    <w:p>
      <w:pPr>
        <w:bidi w:val="1"/>
        <w:jc w:val="right"/>
      </w:pPr>
      <w:r>
        <w:rPr>
          <w:rFonts w:ascii="Arial" w:hAnsi="Arial" w:cs="Arial"/>
          <w:sz w:val="24"/>
          <w:rtl w:val="1"/>
          <w:szCs w:val="24"/>
        </w:rPr>
        <w:t>1. השתתפו: 75% מ-120 = 90</w:t>
      </w:r>
    </w:p>
    <w:p>
      <w:pPr>
        <w:bidi w:val="1"/>
        <w:jc w:val="right"/>
      </w:pPr>
      <w:r>
        <w:rPr>
          <w:rFonts w:ascii="Arial" w:hAnsi="Arial" w:cs="Arial"/>
          <w:sz w:val="24"/>
          <w:rtl w:val="1"/>
          <w:szCs w:val="24"/>
        </w:rPr>
        <w:t>2. תמכו: 60% מ-90 = 54</w:t>
      </w:r>
    </w:p>
    <w:p>
      <w:pPr>
        <w:bidi w:val="1"/>
        <w:jc w:val="right"/>
      </w:pPr>
      <w:r>
        <w:rPr>
          <w:rFonts w:ascii="Arial" w:hAnsi="Arial" w:cs="Arial"/>
          <w:sz w:val="24"/>
          <w:rtl w:val="1"/>
          <w:szCs w:val="24"/>
        </w:rPr>
        <w:t>3. שימו לב: 54 הם רק 45% מכל השכבה (0.75 × 0.6 = 0.45)</w:t>
      </w:r>
    </w:p>
    <w:p>
      <w:pPr>
        <w:bidi w:val="1"/>
        <w:jc w:val="right"/>
      </w:pPr>
      <w:r>
        <w:rPr>
          <w:rFonts w:ascii="Arial" w:hAnsi="Arial" w:cs="Arial"/>
          <w:b/>
          <w:sz w:val="24"/>
          <w:rtl w:val="1"/>
          <w:bCs/>
          <w:szCs w:val="24"/>
        </w:rPr>
        <w:t>• 🥜 תערובת האגוזים – ✅ 80 גרם</w:t>
      </w:r>
    </w:p>
    <w:p>
      <w:pPr>
        <w:bidi w:val="1"/>
        <w:jc w:val="right"/>
      </w:pPr>
      <w:r>
        <w:rPr>
          <w:rFonts w:ascii="Arial" w:hAnsi="Arial" w:cs="Arial"/>
          <w:sz w:val="24"/>
          <w:rtl w:val="1"/>
          <w:szCs w:val="24"/>
        </w:rPr>
        <w:t>1. שקדים עכשיו: 30% מ-200 = 60 גרם</w:t>
      </w:r>
    </w:p>
    <w:p>
      <w:pPr>
        <w:bidi w:val="1"/>
        <w:jc w:val="right"/>
      </w:pPr>
      <w:r>
        <w:rPr>
          <w:rFonts w:ascii="Arial" w:hAnsi="Arial" w:cs="Arial"/>
          <w:sz w:val="24"/>
          <w:rtl w:val="1"/>
          <w:szCs w:val="24"/>
        </w:rPr>
        <w:t>2. מוסיפים x גרם: ‏(60 + x) ÷ (200 + x) = 0.5</w:t>
      </w:r>
    </w:p>
    <w:p>
      <w:pPr>
        <w:bidi w:val="1"/>
        <w:jc w:val="right"/>
      </w:pPr>
      <w:r>
        <w:rPr>
          <w:rFonts w:ascii="Arial" w:hAnsi="Arial" w:cs="Arial"/>
          <w:sz w:val="24"/>
          <w:rtl w:val="1"/>
          <w:szCs w:val="24"/>
        </w:rPr>
        <w:t>3. 60 + x = 100 + 0.5x ⇐ 0.5x = 40 ⇐ x = 80</w:t>
      </w:r>
    </w:p>
    <w:p>
      <w:pPr>
        <w:bidi w:val="1"/>
        <w:jc w:val="right"/>
      </w:pPr>
      <w:r>
        <w:rPr>
          <w:rFonts w:ascii="Arial" w:hAnsi="Arial" w:cs="Arial"/>
          <w:sz w:val="24"/>
          <w:rtl w:val="1"/>
          <w:szCs w:val="24"/>
        </w:rPr>
        <w:t>4. בדיקה: 140 מתוך 280 = 50% ✔</w:t>
      </w:r>
    </w:p>
    <w:p>
      <w:pPr>
        <w:bidi w:val="1"/>
        <w:jc w:val="right"/>
      </w:pPr>
      <w:r>
        <w:rPr>
          <w:rFonts w:ascii="Arial" w:hAnsi="Arial" w:cs="Arial"/>
          <w:b/>
          <w:sz w:val="24"/>
          <w:rtl w:val="1"/>
          <w:bCs/>
          <w:szCs w:val="24"/>
        </w:rPr>
        <w:t>• 🏷️ המחיר שלפני ההנחה – ✅ 80 ₪</w:t>
      </w:r>
    </w:p>
    <w:p>
      <w:pPr>
        <w:bidi w:val="1"/>
        <w:jc w:val="right"/>
      </w:pPr>
      <w:r>
        <w:rPr>
          <w:rFonts w:ascii="Arial" w:hAnsi="Arial" w:cs="Arial"/>
          <w:sz w:val="24"/>
          <w:rtl w:val="1"/>
          <w:szCs w:val="24"/>
        </w:rPr>
        <w:t>1. אחרי 20% הנחה משלמים 80% מהמחיר</w:t>
      </w:r>
    </w:p>
    <w:p>
      <w:pPr>
        <w:bidi w:val="1"/>
        <w:jc w:val="right"/>
      </w:pPr>
      <w:r>
        <w:rPr>
          <w:rFonts w:ascii="Arial" w:hAnsi="Arial" w:cs="Arial"/>
          <w:sz w:val="24"/>
          <w:rtl w:val="1"/>
          <w:szCs w:val="24"/>
        </w:rPr>
        <w:t>2. 80% = 64 ₪ ⇐ 10% = 8 ₪</w:t>
      </w:r>
    </w:p>
    <w:p>
      <w:pPr>
        <w:bidi w:val="1"/>
        <w:jc w:val="right"/>
      </w:pPr>
      <w:r>
        <w:rPr>
          <w:rFonts w:ascii="Arial" w:hAnsi="Arial" w:cs="Arial"/>
          <w:sz w:val="24"/>
          <w:rtl w:val="1"/>
          <w:szCs w:val="24"/>
        </w:rPr>
        <w:t>3. 100% = 80 ₪</w:t>
      </w:r>
    </w:p>
    <w:p>
      <w:pPr>
        <w:bidi w:val="1"/>
        <w:jc w:val="right"/>
      </w:pPr>
      <w:r>
        <w:rPr>
          <w:rFonts w:ascii="Arial" w:hAnsi="Arial" w:cs="Arial"/>
          <w:sz w:val="24"/>
          <w:rtl w:val="1"/>
          <w:szCs w:val="24"/>
        </w:rPr>
        <w:t>4. בדיקה: 20% מ-80 = 16; ‏80 − 16 = 64 ✔</w:t>
      </w:r>
    </w:p>
    <w:p>
      <w:pPr>
        <w:bidi w:val="1"/>
        <w:jc w:val="right"/>
      </w:pPr>
      <w:r>
        <w:rPr>
          <w:rFonts w:ascii="Arial" w:hAnsi="Arial" w:cs="Arial"/>
          <w:b/>
          <w:sz w:val="24"/>
          <w:rtl w:val="1"/>
          <w:bCs/>
          <w:szCs w:val="24"/>
        </w:rPr>
        <w:t>• 🤖 חוג הרובוטיקה – ✅ 40%</w:t>
      </w:r>
    </w:p>
    <w:p>
      <w:pPr>
        <w:bidi w:val="1"/>
        <w:jc w:val="right"/>
      </w:pPr>
      <w:r>
        <w:rPr>
          <w:rFonts w:ascii="Arial" w:hAnsi="Arial" w:cs="Arial"/>
          <w:sz w:val="24"/>
          <w:rtl w:val="1"/>
          <w:szCs w:val="24"/>
        </w:rPr>
        <w:t>1. סך המשתתפים: 18 + 12 = 30</w:t>
      </w:r>
    </w:p>
    <w:p>
      <w:pPr>
        <w:bidi w:val="1"/>
        <w:jc w:val="right"/>
      </w:pPr>
      <w:r>
        <w:rPr>
          <w:rFonts w:ascii="Arial" w:hAnsi="Arial" w:cs="Arial"/>
          <w:sz w:val="24"/>
          <w:rtl w:val="1"/>
          <w:szCs w:val="24"/>
        </w:rPr>
        <w:t>2. בנים: 12 מתוך 30 = 12/30 = 0.4</w:t>
      </w:r>
    </w:p>
    <w:p>
      <w:pPr>
        <w:bidi w:val="1"/>
        <w:jc w:val="right"/>
      </w:pPr>
      <w:r>
        <w:rPr>
          <w:rFonts w:ascii="Arial" w:hAnsi="Arial" w:cs="Arial"/>
          <w:sz w:val="24"/>
          <w:rtl w:val="1"/>
          <w:szCs w:val="24"/>
        </w:rPr>
        <w:t>3. 0.4 = 40%</w:t>
      </w:r>
    </w:p>
    <w:p>
      <w:pPr>
        <w:pStyle w:val="Heading2"/>
        <w:bidi w:val="1"/>
        <w:jc w:val="right"/>
      </w:pPr>
      <w:bookmarkStart w:id="91883" w:name="tkC"/>
      <w:r>
        <w:rPr>
          <w:rFonts w:ascii="Arial" w:hAnsi="Arial" w:cs="Arial"/>
          <w:b/>
          <w:color w:val="DB2777"/>
          <w:sz w:val="30"/>
          <w:rtl w:val="1"/>
          <w:bCs/>
          <w:szCs w:val="30"/>
        </w:rPr>
        <w:t>🔑 מפתח – חלק ג׳: מילה משותפת וגלו את המקום</w:t>
      </w:r>
      <w:bookmarkEnd w:id="91883"/>
    </w:p>
    <w:tbl>
      <w:tblPr>
        <w:tblStyle w:val="TableGrid"/>
        <w:tblW w:type="auto" w:w="0"/>
        <w:tblLook w:firstColumn="1" w:firstRow="1" w:lastColumn="0" w:lastRow="0" w:noHBand="0" w:noVBand="1" w:val="04A0"/>
        <w:bidiVisual w:val="1"/>
      </w:tblPr>
      <w:tblGrid>
        <w:gridCol w:w="3402"/>
        <w:gridCol w:w="3402"/>
        <w:gridCol w:w="3402"/>
      </w:tblGrid>
      <w:tr>
        <w:tc>
          <w:tcPr>
            <w:tcW w:type="dxa" w:w="3402"/>
            <w:shd w:val="clear" w:fill="DB2777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b/>
                <w:color w:val="FFFFFF"/>
                <w:sz w:val="22"/>
                <w:rtl w:val="1"/>
                <w:bCs/>
                <w:szCs w:val="22"/>
              </w:rPr>
              <w:t>ארבע המילים</w:t>
            </w:r>
          </w:p>
        </w:tc>
        <w:tc>
          <w:tcPr>
            <w:tcW w:type="dxa" w:w="3402"/>
            <w:shd w:val="clear" w:fill="DB2777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b/>
                <w:color w:val="FFFFFF"/>
                <w:sz w:val="22"/>
                <w:rtl w:val="1"/>
                <w:bCs/>
                <w:szCs w:val="22"/>
              </w:rPr>
              <w:t>המילה המשותפת</w:t>
            </w:r>
          </w:p>
        </w:tc>
        <w:tc>
          <w:tcPr>
            <w:tcW w:type="dxa" w:w="3402"/>
            <w:shd w:val="clear" w:fill="DB2777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b/>
                <w:color w:val="FFFFFF"/>
                <w:sz w:val="22"/>
                <w:rtl w:val="1"/>
                <w:bCs/>
                <w:szCs w:val="22"/>
              </w:rPr>
              <w:t>הצירופים</w:t>
            </w:r>
          </w:p>
        </w:tc>
      </w:tr>
      <w:tr>
        <w:tc>
          <w:tcPr>
            <w:tcW w:type="dxa" w:w="3402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sz w:val="22"/>
                <w:rtl w:val="1"/>
                <w:szCs w:val="22"/>
              </w:rPr>
              <w:t>ברגים · מילת · עמדת · סול</w:t>
            </w:r>
          </w:p>
        </w:tc>
        <w:tc>
          <w:tcPr>
            <w:tcW w:type="dxa" w:w="3402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sz w:val="22"/>
                <w:rtl w:val="1"/>
                <w:szCs w:val="22"/>
              </w:rPr>
              <w:t>מפתח</w:t>
            </w:r>
          </w:p>
        </w:tc>
        <w:tc>
          <w:tcPr>
            <w:tcW w:type="dxa" w:w="3402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sz w:val="22"/>
                <w:rtl w:val="1"/>
                <w:szCs w:val="22"/>
              </w:rPr>
              <w:t>מפתח ברגים, מילת מפתח, עמדת מפתח, מפתח סול</w:t>
            </w:r>
          </w:p>
        </w:tc>
      </w:tr>
      <w:tr>
        <w:tc>
          <w:tcPr>
            <w:tcW w:type="dxa" w:w="3402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sz w:val="22"/>
                <w:rtl w:val="1"/>
                <w:szCs w:val="22"/>
              </w:rPr>
              <w:t>השני · שדרה · דנטלי · חשמל</w:t>
            </w:r>
          </w:p>
        </w:tc>
        <w:tc>
          <w:tcPr>
            <w:tcW w:type="dxa" w:w="3402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sz w:val="22"/>
                <w:rtl w:val="1"/>
                <w:szCs w:val="22"/>
              </w:rPr>
              <w:t>חוט</w:t>
            </w:r>
          </w:p>
        </w:tc>
        <w:tc>
          <w:tcPr>
            <w:tcW w:type="dxa" w:w="3402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sz w:val="22"/>
                <w:rtl w:val="1"/>
                <w:szCs w:val="22"/>
              </w:rPr>
              <w:t>חוט השני (רעיון שעובר לאורך הסיפור), חוט שדרה, חוט דנטלי, חוט חשמל</w:t>
            </w:r>
          </w:p>
        </w:tc>
      </w:tr>
      <w:tr>
        <w:tc>
          <w:tcPr>
            <w:tcW w:type="dxa" w:w="3402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sz w:val="22"/>
                <w:rtl w:val="1"/>
                <w:szCs w:val="22"/>
              </w:rPr>
              <w:t>תלוי · האף · פיקוד · יבשתי</w:t>
            </w:r>
          </w:p>
        </w:tc>
        <w:tc>
          <w:tcPr>
            <w:tcW w:type="dxa" w:w="3402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sz w:val="22"/>
                <w:rtl w:val="1"/>
                <w:szCs w:val="22"/>
              </w:rPr>
              <w:t>גשר</w:t>
            </w:r>
          </w:p>
        </w:tc>
        <w:tc>
          <w:tcPr>
            <w:tcW w:type="dxa" w:w="3402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sz w:val="22"/>
                <w:rtl w:val="1"/>
                <w:szCs w:val="22"/>
              </w:rPr>
              <w:t>גשר תלוי, גשר האף, גשר פיקוד (בספינה), גשר יבשתי</w:t>
            </w:r>
          </w:p>
        </w:tc>
      </w:tr>
      <w:tr>
        <w:tc>
          <w:tcPr>
            <w:tcW w:type="dxa" w:w="3402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sz w:val="22"/>
                <w:rtl w:val="1"/>
                <w:szCs w:val="22"/>
              </w:rPr>
              <w:t>סיפור · שיא · אפס · כושר</w:t>
            </w:r>
          </w:p>
        </w:tc>
        <w:tc>
          <w:tcPr>
            <w:tcW w:type="dxa" w:w="3402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sz w:val="22"/>
                <w:rtl w:val="1"/>
                <w:szCs w:val="22"/>
              </w:rPr>
              <w:t>שעה</w:t>
            </w:r>
          </w:p>
        </w:tc>
        <w:tc>
          <w:tcPr>
            <w:tcW w:type="dxa" w:w="3402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sz w:val="22"/>
                <w:rtl w:val="1"/>
                <w:szCs w:val="22"/>
              </w:rPr>
              <w:t>שעת סיפור, שעת שיא, שעת אפס, שעת כושר</w:t>
            </w:r>
          </w:p>
        </w:tc>
      </w:tr>
      <w:tr>
        <w:tc>
          <w:tcPr>
            <w:tcW w:type="dxa" w:w="3402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sz w:val="22"/>
                <w:rtl w:val="1"/>
                <w:szCs w:val="22"/>
              </w:rPr>
              <w:t>כחול · חם · קר · תרומת</w:t>
            </w:r>
          </w:p>
        </w:tc>
        <w:tc>
          <w:tcPr>
            <w:tcW w:type="dxa" w:w="3402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sz w:val="22"/>
                <w:rtl w:val="1"/>
                <w:szCs w:val="22"/>
              </w:rPr>
              <w:t>דם</w:t>
            </w:r>
          </w:p>
        </w:tc>
        <w:tc>
          <w:tcPr>
            <w:tcW w:type="dxa" w:w="3402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sz w:val="22"/>
                <w:rtl w:val="1"/>
                <w:szCs w:val="22"/>
              </w:rPr>
              <w:t>דם כחול (אצולה), דם חם (טמפרמנט סוער), בדם קר (בשלווה), תרומת דם</w:t>
            </w:r>
          </w:p>
        </w:tc>
      </w:tr>
      <w:tr>
        <w:tc>
          <w:tcPr>
            <w:tcW w:type="dxa" w:w="3402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sz w:val="22"/>
                <w:rtl w:val="1"/>
                <w:szCs w:val="22"/>
              </w:rPr>
              <w:t>רצון · משיכה · סוס · אדם</w:t>
            </w:r>
          </w:p>
        </w:tc>
        <w:tc>
          <w:tcPr>
            <w:tcW w:type="dxa" w:w="3402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sz w:val="22"/>
                <w:rtl w:val="1"/>
                <w:szCs w:val="22"/>
              </w:rPr>
              <w:t>כוח</w:t>
            </w:r>
          </w:p>
        </w:tc>
        <w:tc>
          <w:tcPr>
            <w:tcW w:type="dxa" w:w="3402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sz w:val="22"/>
                <w:rtl w:val="1"/>
                <w:szCs w:val="22"/>
              </w:rPr>
              <w:t>כוח רצון, כוח משיכה, כוח סוס, כוח אדם</w:t>
            </w:r>
          </w:p>
        </w:tc>
      </w:tr>
      <w:tr>
        <w:tc>
          <w:tcPr>
            <w:tcW w:type="dxa" w:w="3402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sz w:val="22"/>
                <w:rtl w:val="1"/>
                <w:szCs w:val="22"/>
              </w:rPr>
              <w:t>תורה · תולעת · בית · מדף</w:t>
            </w:r>
          </w:p>
        </w:tc>
        <w:tc>
          <w:tcPr>
            <w:tcW w:type="dxa" w:w="3402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sz w:val="22"/>
                <w:rtl w:val="1"/>
                <w:szCs w:val="22"/>
              </w:rPr>
              <w:t>ספר</w:t>
            </w:r>
          </w:p>
        </w:tc>
        <w:tc>
          <w:tcPr>
            <w:tcW w:type="dxa" w:w="3402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sz w:val="22"/>
                <w:rtl w:val="1"/>
                <w:szCs w:val="22"/>
              </w:rPr>
              <w:t>ספר תורה, תולעת ספרים, בית ספר, מדף ספרים</w:t>
            </w:r>
          </w:p>
        </w:tc>
      </w:tr>
    </w:tbl>
    <w:tbl>
      <w:tblPr>
        <w:tblStyle w:val="TableGrid"/>
        <w:tblW w:type="auto" w:w="0"/>
        <w:tblLook w:firstColumn="1" w:firstRow="1" w:lastColumn="0" w:lastRow="0" w:noHBand="0" w:noVBand="1" w:val="04A0"/>
        <w:bidiVisual w:val="1"/>
      </w:tblPr>
      <w:tblGrid>
        <w:gridCol w:w="3402"/>
        <w:gridCol w:w="3402"/>
        <w:gridCol w:w="3402"/>
      </w:tblGrid>
      <w:tr>
        <w:tc>
          <w:tcPr>
            <w:tcW w:type="dxa" w:w="3402"/>
            <w:shd w:val="clear" w:fill="DB2777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b/>
                <w:color w:val="FFFFFF"/>
                <w:sz w:val="22"/>
                <w:rtl w:val="1"/>
                <w:bCs/>
                <w:szCs w:val="22"/>
              </w:rPr>
              <w:t>רמזים</w:t>
            </w:r>
          </w:p>
        </w:tc>
        <w:tc>
          <w:tcPr>
            <w:tcW w:type="dxa" w:w="3402"/>
            <w:shd w:val="clear" w:fill="DB2777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b/>
                <w:color w:val="FFFFFF"/>
                <w:sz w:val="22"/>
                <w:rtl w:val="1"/>
                <w:bCs/>
                <w:szCs w:val="22"/>
              </w:rPr>
              <w:t>המקום</w:t>
            </w:r>
          </w:p>
        </w:tc>
        <w:tc>
          <w:tcPr>
            <w:tcW w:type="dxa" w:w="3402"/>
            <w:shd w:val="clear" w:fill="DB2777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b/>
                <w:color w:val="FFFFFF"/>
                <w:sz w:val="22"/>
                <w:rtl w:val="1"/>
                <w:bCs/>
                <w:szCs w:val="22"/>
              </w:rPr>
              <w:t>הסבר</w:t>
            </w:r>
          </w:p>
        </w:tc>
      </w:tr>
      <w:tr>
        <w:tc>
          <w:tcPr>
            <w:tcW w:type="dxa" w:w="3402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sz w:val="22"/>
                <w:rtl w:val="1"/>
                <w:szCs w:val="22"/>
              </w:rPr>
              <w:t>🏟️ ⚓ 🏛️ 🌊</w:t>
            </w:r>
          </w:p>
        </w:tc>
        <w:tc>
          <w:tcPr>
            <w:tcW w:type="dxa" w:w="3402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sz w:val="22"/>
                <w:rtl w:val="1"/>
                <w:szCs w:val="22"/>
              </w:rPr>
              <w:t>קיסריה</w:t>
            </w:r>
          </w:p>
        </w:tc>
        <w:tc>
          <w:tcPr>
            <w:tcW w:type="dxa" w:w="3402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sz w:val="22"/>
                <w:rtl w:val="1"/>
                <w:szCs w:val="22"/>
              </w:rPr>
              <w:t>בקיסריה נמצאים שרידי נמל עתיק שבנה הורדוס ותיאטרון רומי מול הים.</w:t>
            </w:r>
          </w:p>
        </w:tc>
      </w:tr>
      <w:tr>
        <w:tc>
          <w:tcPr>
            <w:tcW w:type="dxa" w:w="3402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sz w:val="22"/>
                <w:rtl w:val="1"/>
                <w:szCs w:val="22"/>
              </w:rPr>
              <w:t>🏛️ 🏺 🛁 🌋</w:t>
            </w:r>
          </w:p>
        </w:tc>
        <w:tc>
          <w:tcPr>
            <w:tcW w:type="dxa" w:w="3402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sz w:val="22"/>
                <w:rtl w:val="1"/>
                <w:szCs w:val="22"/>
              </w:rPr>
              <w:t>בית שאן</w:t>
            </w:r>
          </w:p>
        </w:tc>
        <w:tc>
          <w:tcPr>
            <w:tcW w:type="dxa" w:w="3402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sz w:val="22"/>
                <w:rtl w:val="1"/>
                <w:szCs w:val="22"/>
              </w:rPr>
              <w:t>בגן הלאומי בבית שאן אפשר ללכת ברחוב עמודים עתיק ולראות שרידי עיר רומית-ביזנטית.</w:t>
            </w:r>
          </w:p>
        </w:tc>
      </w:tr>
      <w:tr>
        <w:tc>
          <w:tcPr>
            <w:tcW w:type="dxa" w:w="3402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sz w:val="22"/>
                <w:rtl w:val="1"/>
                <w:szCs w:val="22"/>
              </w:rPr>
              <w:t>🐦 🌾 🔭 🍂</w:t>
            </w:r>
          </w:p>
        </w:tc>
        <w:tc>
          <w:tcPr>
            <w:tcW w:type="dxa" w:w="3402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sz w:val="22"/>
                <w:rtl w:val="1"/>
                <w:szCs w:val="22"/>
              </w:rPr>
              <w:t>עמק החולה</w:t>
            </w:r>
          </w:p>
        </w:tc>
        <w:tc>
          <w:tcPr>
            <w:tcW w:type="dxa" w:w="3402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sz w:val="22"/>
                <w:rtl w:val="1"/>
                <w:szCs w:val="22"/>
              </w:rPr>
              <w:t>בעמק החולה עוצרות ציפורים נודדות רבות, ובמיוחד להקות ענק של עגורים בסתיו ובחורף.</w:t>
            </w:r>
          </w:p>
        </w:tc>
      </w:tr>
      <w:tr>
        <w:tc>
          <w:tcPr>
            <w:tcW w:type="dxa" w:w="3402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sz w:val="22"/>
                <w:rtl w:val="1"/>
                <w:szCs w:val="22"/>
              </w:rPr>
              <w:t>⛏️ 🪨 🏜️ 🍄</w:t>
            </w:r>
          </w:p>
        </w:tc>
        <w:tc>
          <w:tcPr>
            <w:tcW w:type="dxa" w:w="3402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sz w:val="22"/>
                <w:rtl w:val="1"/>
                <w:szCs w:val="22"/>
              </w:rPr>
              <w:t>תמנע</w:t>
            </w:r>
          </w:p>
        </w:tc>
        <w:tc>
          <w:tcPr>
            <w:tcW w:type="dxa" w:w="3402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sz w:val="22"/>
                <w:rtl w:val="1"/>
                <w:szCs w:val="22"/>
              </w:rPr>
              <w:t>בפארק תמנע בערבה יש מכרות נחושת עתיקים ותצורות סלע מיוחדות כמו 'הפטריה' ו'עמודי שלמה'.</w:t>
            </w:r>
          </w:p>
        </w:tc>
      </w:tr>
      <w:tr>
        <w:tc>
          <w:tcPr>
            <w:tcW w:type="dxa" w:w="3402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sz w:val="22"/>
                <w:rtl w:val="1"/>
                <w:szCs w:val="22"/>
              </w:rPr>
              <w:t>🕳️ 💧 ❄️ 🔦</w:t>
            </w:r>
          </w:p>
        </w:tc>
        <w:tc>
          <w:tcPr>
            <w:tcW w:type="dxa" w:w="3402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sz w:val="22"/>
                <w:rtl w:val="1"/>
                <w:szCs w:val="22"/>
              </w:rPr>
              <w:t>מערת הנטיפים</w:t>
            </w:r>
          </w:p>
        </w:tc>
        <w:tc>
          <w:tcPr>
            <w:tcW w:type="dxa" w:w="3402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sz w:val="22"/>
                <w:rtl w:val="1"/>
                <w:szCs w:val="22"/>
              </w:rPr>
              <w:t>במערת הנטיפים (ליד בית שמש) נוצרו נטיפים וזקיפים במשך אלפי שנים מטיפות מים.</w:t>
            </w:r>
          </w:p>
        </w:tc>
      </w:tr>
      <w:tr>
        <w:tc>
          <w:tcPr>
            <w:tcW w:type="dxa" w:w="3402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sz w:val="22"/>
                <w:rtl w:val="1"/>
                <w:szCs w:val="22"/>
              </w:rPr>
              <w:t>🌲 🚡 🚢 🏙️</w:t>
            </w:r>
          </w:p>
        </w:tc>
        <w:tc>
          <w:tcPr>
            <w:tcW w:type="dxa" w:w="3402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sz w:val="22"/>
                <w:rtl w:val="1"/>
                <w:szCs w:val="22"/>
              </w:rPr>
              <w:t>חיפה</w:t>
            </w:r>
          </w:p>
        </w:tc>
        <w:tc>
          <w:tcPr>
            <w:tcW w:type="dxa" w:w="3402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sz w:val="22"/>
                <w:rtl w:val="1"/>
                <w:szCs w:val="22"/>
              </w:rPr>
              <w:t>חיפה בנויה על מורדות הר הכרמל, ויש בה נמל גדול ורכבל.</w:t>
            </w:r>
          </w:p>
        </w:tc>
      </w:tr>
      <w:tr>
        <w:tc>
          <w:tcPr>
            <w:tcW w:type="dxa" w:w="3402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sz w:val="22"/>
                <w:rtl w:val="1"/>
                <w:szCs w:val="22"/>
              </w:rPr>
              <w:t>📜 🏺 🕳️ 🏜️</w:t>
            </w:r>
          </w:p>
        </w:tc>
        <w:tc>
          <w:tcPr>
            <w:tcW w:type="dxa" w:w="3402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sz w:val="22"/>
                <w:rtl w:val="1"/>
                <w:szCs w:val="22"/>
              </w:rPr>
              <w:t>קומראן</w:t>
            </w:r>
          </w:p>
        </w:tc>
        <w:tc>
          <w:tcPr>
            <w:tcW w:type="dxa" w:w="3402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sz w:val="22"/>
                <w:rtl w:val="1"/>
                <w:szCs w:val="22"/>
              </w:rPr>
              <w:t>באתר קומראן שליד ים המלח, במערות, נמצאו המגילות הגנוזות – כתבי יד עתיקים מאוד.</w:t>
            </w:r>
          </w:p>
        </w:tc>
      </w:tr>
    </w:tbl>
    <w:p>
      <w:pPr>
        <w:pStyle w:val="Heading2"/>
        <w:bidi w:val="1"/>
        <w:jc w:val="right"/>
      </w:pPr>
      <w:bookmarkStart w:id="70768" w:name="tkE"/>
      <w:r>
        <w:rPr>
          <w:rFonts w:ascii="Arial" w:hAnsi="Arial" w:cs="Arial"/>
          <w:b/>
          <w:color w:val="DB2777"/>
          <w:sz w:val="30"/>
          <w:rtl w:val="1"/>
          <w:bCs/>
          <w:szCs w:val="30"/>
        </w:rPr>
        <w:t>🔐 מפתח – חדרי הבריחה</w:t>
      </w:r>
      <w:bookmarkEnd w:id="70768"/>
    </w:p>
    <w:p>
      <w:pPr>
        <w:bidi w:val="1"/>
        <w:jc w:val="right"/>
      </w:pPr>
      <w:r>
        <w:rPr>
          <w:rFonts w:ascii="Arial" w:hAnsi="Arial" w:cs="Arial"/>
          <w:b/>
          <w:sz w:val="24"/>
          <w:rtl w:val="1"/>
          <w:bCs/>
          <w:szCs w:val="24"/>
        </w:rPr>
        <w:t>• ⏳ מכונת הזמן במעבדה – 🔓 קוד: 7464 · ⏳ 15 דק׳</w:t>
      </w:r>
    </w:p>
    <w:p>
      <w:pPr>
        <w:bidi w:val="1"/>
        <w:jc w:val="right"/>
      </w:pPr>
      <w:r>
        <w:rPr>
          <w:rFonts w:ascii="Arial" w:hAnsi="Arial" w:cs="Arial"/>
          <w:sz w:val="24"/>
          <w:rtl w:val="1"/>
          <w:szCs w:val="24"/>
        </w:rPr>
        <w:t>• שלב 1: ש(21) ב(2) ע(16) = 'שבע' ← 7 → 7</w:t>
      </w:r>
    </w:p>
    <w:p>
      <w:pPr>
        <w:bidi w:val="1"/>
        <w:jc w:val="right"/>
      </w:pPr>
      <w:r>
        <w:rPr>
          <w:rFonts w:ascii="Arial" w:hAnsi="Arial" w:cs="Arial"/>
          <w:sz w:val="24"/>
          <w:rtl w:val="1"/>
          <w:szCs w:val="24"/>
        </w:rPr>
        <w:t>• שלב 2: השעון ירוק, המצפן כחול, המגן אדום ← 'אדום' = 4 אותיות → 4</w:t>
      </w:r>
    </w:p>
    <w:p>
      <w:pPr>
        <w:bidi w:val="1"/>
        <w:jc w:val="right"/>
      </w:pPr>
      <w:r>
        <w:rPr>
          <w:rFonts w:ascii="Arial" w:hAnsi="Arial" w:cs="Arial"/>
          <w:sz w:val="24"/>
          <w:rtl w:val="1"/>
          <w:szCs w:val="24"/>
        </w:rPr>
        <w:t>• שלב 3: 36 (6×6) ← ספרת האחדות 6 → 6</w:t>
      </w:r>
    </w:p>
    <w:p>
      <w:pPr>
        <w:bidi w:val="1"/>
        <w:jc w:val="right"/>
      </w:pPr>
      <w:r>
        <w:rPr>
          <w:rFonts w:ascii="Arial" w:hAnsi="Arial" w:cs="Arial"/>
          <w:sz w:val="24"/>
          <w:rtl w:val="1"/>
          <w:szCs w:val="24"/>
        </w:rPr>
        <w:t>• שלב 4: 14:00 (110 שעות = 4 ימים ו-14 שעות) ← 4 → 4</w:t>
      </w:r>
    </w:p>
    <w:p>
      <w:pPr>
        <w:bidi w:val="1"/>
        <w:jc w:val="right"/>
      </w:pPr>
      <w:r>
        <w:rPr>
          <w:rFonts w:ascii="Arial" w:hAnsi="Arial" w:cs="Arial"/>
          <w:b/>
          <w:sz w:val="24"/>
          <w:rtl w:val="1"/>
          <w:bCs/>
          <w:szCs w:val="24"/>
        </w:rPr>
        <w:t>• 🚡 התא של הרכבל – 🔓 קוד: 9351 · ⏳ 15 דק׳</w:t>
      </w:r>
    </w:p>
    <w:p>
      <w:pPr>
        <w:bidi w:val="1"/>
        <w:jc w:val="right"/>
      </w:pPr>
      <w:r>
        <w:rPr>
          <w:rFonts w:ascii="Arial" w:hAnsi="Arial" w:cs="Arial"/>
          <w:sz w:val="24"/>
          <w:rtl w:val="1"/>
          <w:szCs w:val="24"/>
        </w:rPr>
        <w:t>• שלב 1: 9 תאים (36÷4) → 9</w:t>
      </w:r>
    </w:p>
    <w:p>
      <w:pPr>
        <w:bidi w:val="1"/>
        <w:jc w:val="right"/>
      </w:pPr>
      <w:r>
        <w:rPr>
          <w:rFonts w:ascii="Arial" w:hAnsi="Arial" w:cs="Arial"/>
          <w:sz w:val="24"/>
          <w:rtl w:val="1"/>
          <w:szCs w:val="24"/>
        </w:rPr>
        <w:t>• שלב 2: עַיִן (ע-י-ן) ← 3 אותיות → 3</w:t>
      </w:r>
    </w:p>
    <w:p>
      <w:pPr>
        <w:bidi w:val="1"/>
        <w:jc w:val="right"/>
      </w:pPr>
      <w:r>
        <w:rPr>
          <w:rFonts w:ascii="Arial" w:hAnsi="Arial" w:cs="Arial"/>
          <w:sz w:val="24"/>
          <w:rtl w:val="1"/>
          <w:szCs w:val="24"/>
        </w:rPr>
        <w:t>• שלב 3: 5 דקות (1,500÷300) → 5</w:t>
      </w:r>
    </w:p>
    <w:p>
      <w:pPr>
        <w:bidi w:val="1"/>
        <w:jc w:val="right"/>
      </w:pPr>
      <w:r>
        <w:rPr>
          <w:rFonts w:ascii="Arial" w:hAnsi="Arial" w:cs="Arial"/>
          <w:sz w:val="24"/>
          <w:rtl w:val="1"/>
          <w:szCs w:val="24"/>
        </w:rPr>
        <w:t>• שלב 4: 1 – רק כך שני שלטים (ב ו-ג) אמיתיים → 1</w:t>
      </w:r>
    </w:p>
    <w:p>
      <w:pPr>
        <w:bidi w:val="1"/>
        <w:jc w:val="right"/>
      </w:pPr>
      <w:r>
        <w:rPr>
          <w:rFonts w:ascii="Arial" w:hAnsi="Arial" w:cs="Arial"/>
          <w:b/>
          <w:sz w:val="24"/>
          <w:rtl w:val="1"/>
          <w:bCs/>
          <w:szCs w:val="24"/>
        </w:rPr>
        <w:t>• 🏝️ בקבוק על החוף – 🔓 קוד: 5679 · ⏳ 15 דק׳</w:t>
      </w:r>
    </w:p>
    <w:p>
      <w:pPr>
        <w:bidi w:val="1"/>
        <w:jc w:val="right"/>
      </w:pPr>
      <w:r>
        <w:rPr>
          <w:rFonts w:ascii="Arial" w:hAnsi="Arial" w:cs="Arial"/>
          <w:sz w:val="24"/>
          <w:rtl w:val="1"/>
          <w:szCs w:val="24"/>
        </w:rPr>
        <w:t>• שלב 1: 5 צעדים (משפט פיתגורס: 3²+4²=5²) → 5</w:t>
      </w:r>
    </w:p>
    <w:p>
      <w:pPr>
        <w:bidi w:val="1"/>
        <w:jc w:val="right"/>
      </w:pPr>
      <w:r>
        <w:rPr>
          <w:rFonts w:ascii="Arial" w:hAnsi="Arial" w:cs="Arial"/>
          <w:sz w:val="24"/>
          <w:rtl w:val="1"/>
          <w:szCs w:val="24"/>
        </w:rPr>
        <w:t>• שלב 2: 'שש' (ת←ש) ← 6 → 6</w:t>
      </w:r>
    </w:p>
    <w:p>
      <w:pPr>
        <w:bidi w:val="1"/>
        <w:jc w:val="right"/>
      </w:pPr>
      <w:r>
        <w:rPr>
          <w:rFonts w:ascii="Arial" w:hAnsi="Arial" w:cs="Arial"/>
          <w:sz w:val="24"/>
          <w:rtl w:val="1"/>
          <w:szCs w:val="24"/>
        </w:rPr>
        <w:t>• שלב 3: 7 (15−2−6) → 7</w:t>
      </w:r>
    </w:p>
    <w:p>
      <w:pPr>
        <w:bidi w:val="1"/>
        <w:jc w:val="right"/>
      </w:pPr>
      <w:r>
        <w:rPr>
          <w:rFonts w:ascii="Arial" w:hAnsi="Arial" w:cs="Arial"/>
          <w:sz w:val="24"/>
          <w:rtl w:val="1"/>
          <w:szCs w:val="24"/>
        </w:rPr>
        <w:t>• שלב 4: 19 (15+4) ← ספרת האחדות 9 → 9</w:t>
      </w:r>
    </w:p>
    <w:p>
      <w:pPr>
        <w:pStyle w:val="Heading2"/>
        <w:bidi w:val="1"/>
        <w:jc w:val="right"/>
      </w:pPr>
      <w:bookmarkStart w:id="57857" w:name="tv"/>
      <w:r>
        <w:rPr>
          <w:rFonts w:ascii="Arial" w:hAnsi="Arial" w:cs="Arial"/>
          <w:b/>
          <w:color w:val="DB2777"/>
          <w:sz w:val="30"/>
          <w:rtl w:val="1"/>
          <w:bCs/>
          <w:szCs w:val="30"/>
        </w:rPr>
        <w:t>🔎 לוודא לפני השיעור</w:t>
      </w:r>
      <w:bookmarkEnd w:id="57857"/>
    </w:p>
    <w:p>
      <w:pPr>
        <w:bidi w:val="1"/>
        <w:jc w:val="right"/>
      </w:pPr>
      <w:r>
        <w:rPr>
          <w:rFonts w:ascii="Arial" w:hAnsi="Arial" w:cs="Arial"/>
          <w:sz w:val="24"/>
          <w:rtl w:val="1"/>
          <w:szCs w:val="24"/>
        </w:rPr>
        <w:t>• מאיזה מקור מגיע כיום חלק גדול ממי השתייה בישראל? – התפלת מי הים התיכון</w:t>
      </w:r>
    </w:p>
    <w:p>
      <w:pPr>
        <w:bidi w:val="1"/>
        <w:jc w:val="right"/>
      </w:pPr>
      <w:r>
        <w:rPr>
          <w:rFonts w:ascii="Arial" w:hAnsi="Arial" w:cs="Arial"/>
          <w:sz w:val="24"/>
          <w:rtl w:val="1"/>
          <w:szCs w:val="24"/>
        </w:rPr>
        <w:t>• באיזה ענף זכתה ישראל במדליה האולימפית הראשונה שלה (1992)? – ג׳ודו</w:t>
      </w:r>
    </w:p>
    <w:p>
      <w:pPr>
        <w:bidi w:val="1"/>
        <w:jc w:val="right"/>
      </w:pPr>
      <w:r>
        <w:rPr>
          <w:rFonts w:ascii="Arial" w:hAnsi="Arial" w:cs="Arial"/>
          <w:sz w:val="24"/>
          <w:rtl w:val="1"/>
          <w:szCs w:val="24"/>
        </w:rPr>
        <w:t>• מה שם המנהרה העתיקה בעיר דוד שהובילה מים ממעיין הגיחון אל תוך העיר? – נקבת השילוח</w:t>
      </w:r>
    </w:p>
    <w:p>
      <w:pPr>
        <w:bidi w:val="1"/>
        <w:jc w:val="right"/>
      </w:pPr>
      <w:r>
        <w:rPr>
          <w:rFonts w:ascii="Arial" w:hAnsi="Arial" w:cs="Arial"/>
          <w:sz w:val="24"/>
          <w:rtl w:val="1"/>
          <w:szCs w:val="24"/>
        </w:rPr>
        <w:t>• קיסריה – בקיסריה נמצאים שרידי נמל עתיק שבנה הורדוס ותיאטרון רומי מול הים.</w:t>
      </w:r>
    </w:p>
    <w:p>
      <w:pPr>
        <w:bidi w:val="1"/>
        <w:jc w:val="right"/>
      </w:pPr>
      <w:r>
        <w:rPr>
          <w:rFonts w:ascii="Arial" w:hAnsi="Arial" w:cs="Arial"/>
          <w:sz w:val="24"/>
          <w:rtl w:val="1"/>
          <w:szCs w:val="24"/>
        </w:rPr>
        <w:t>• בית שאן – בגן הלאומי בבית שאן אפשר ללכת ברחוב עמודים עתיק ולראות שרידי עיר רומית-ביזנטית.</w:t>
      </w:r>
    </w:p>
    <w:p>
      <w:pPr>
        <w:bidi w:val="1"/>
        <w:jc w:val="right"/>
      </w:pPr>
      <w:r>
        <w:rPr>
          <w:rFonts w:ascii="Arial" w:hAnsi="Arial" w:cs="Arial"/>
          <w:sz w:val="24"/>
          <w:rtl w:val="1"/>
          <w:szCs w:val="24"/>
        </w:rPr>
        <w:t>• עמק החולה – בעמק החולה עוצרות ציפורים נודדות רבות, ובמיוחד להקות ענק של עגורים בסתיו ובחורף.</w:t>
      </w:r>
    </w:p>
    <w:p>
      <w:pPr>
        <w:bidi w:val="1"/>
        <w:jc w:val="right"/>
      </w:pPr>
      <w:r>
        <w:rPr>
          <w:rFonts w:ascii="Arial" w:hAnsi="Arial" w:cs="Arial"/>
          <w:sz w:val="24"/>
          <w:rtl w:val="1"/>
          <w:szCs w:val="24"/>
        </w:rPr>
        <w:t>• תמנע – בפארק תמנע בערבה יש מכרות נחושת עתיקים ותצורות סלע מיוחדות כמו 'הפטריה' ו'עמודי שלמה'.</w:t>
      </w:r>
    </w:p>
    <w:p>
      <w:pPr>
        <w:bidi w:val="1"/>
        <w:jc w:val="right"/>
      </w:pPr>
      <w:r>
        <w:rPr>
          <w:rFonts w:ascii="Arial" w:hAnsi="Arial" w:cs="Arial"/>
          <w:sz w:val="24"/>
          <w:rtl w:val="1"/>
          <w:szCs w:val="24"/>
        </w:rPr>
        <w:t>• מערת הנטיפים – במערת הנטיפים (ליד בית שמש) נוצרו נטיפים וזקיפים במשך אלפי שנים מטיפות מים.</w:t>
      </w:r>
    </w:p>
    <w:p>
      <w:pPr>
        <w:bidi w:val="1"/>
        <w:jc w:val="right"/>
      </w:pPr>
      <w:r>
        <w:rPr>
          <w:rFonts w:ascii="Arial" w:hAnsi="Arial" w:cs="Arial"/>
          <w:sz w:val="24"/>
          <w:rtl w:val="1"/>
          <w:szCs w:val="24"/>
        </w:rPr>
        <w:t>• קומראן – באתר קומראן שליד ים המלח, במערות, נמצאו המגילות הגנוזות – כתבי יד עתיקים מאוד.</w:t>
      </w:r>
    </w:p>
    <w:p>
      <w:r>
        <w:br w:type="page"/>
      </w:r>
    </w:p>
    <w:p>
      <w:pPr>
        <w:pStyle w:val="Heading1"/>
        <w:bidi w:val="1"/>
        <w:jc w:val="right"/>
      </w:pPr>
      <w:bookmarkStart w:id="29239" w:name="stop"/>
      <w:r>
        <w:rPr>
          <w:rFonts w:ascii="Arial" w:hAnsi="Arial" w:cs="Arial"/>
          <w:b/>
          <w:color w:val="DB2777"/>
          <w:sz w:val="40"/>
          <w:rtl w:val="1"/>
          <w:bCs/>
          <w:szCs w:val="40"/>
        </w:rPr>
        <w:t>🧒 דפי התלמיד/ה</w:t>
      </w:r>
      <w:bookmarkEnd w:id="29239"/>
    </w:p>
    <w:p>
      <w:pPr>
        <w:bidi w:val="1"/>
        <w:jc w:val="right"/>
      </w:pPr>
      <w:r>
        <w:rPr>
          <w:rFonts w:ascii="Arial" w:hAnsi="Arial" w:cs="Arial"/>
          <w:b/>
          <w:sz w:val="24"/>
          <w:rtl w:val="1"/>
          <w:bCs/>
          <w:szCs w:val="24"/>
        </w:rPr>
        <w:t>שם: ______________   כיתה: ______   תאריך: __________</w:t>
      </w:r>
    </w:p>
    <w:p>
      <w:pPr>
        <w:bidi w:val="1"/>
        <w:jc w:val="right"/>
      </w:pPr>
      <w:r>
        <w:rPr>
          <w:rFonts w:ascii="Arial" w:hAnsi="Arial" w:cs="Arial"/>
          <w:b/>
          <w:sz w:val="26"/>
          <w:rtl w:val="1"/>
          <w:bCs/>
          <w:szCs w:val="26"/>
        </w:rPr>
        <w:t>ברוכים הבאים לעולם החידות! קראו כל משימה בעיון, חשבו לבד או בזוג, וסמנו או כתבו את התשובה. בהצלחה! 🎯</w:t>
      </w:r>
    </w:p>
    <w:p>
      <w:pPr>
        <w:pStyle w:val="Heading2"/>
        <w:bidi w:val="1"/>
        <w:jc w:val="right"/>
      </w:pPr>
      <w:bookmarkStart w:id="33970" w:name="sA"/>
      <w:r>
        <w:rPr>
          <w:rFonts w:ascii="Arial" w:hAnsi="Arial" w:cs="Arial"/>
          <w:b/>
          <w:color w:val="DB2777"/>
          <w:sz w:val="30"/>
          <w:rtl w:val="1"/>
          <w:bCs/>
          <w:szCs w:val="30"/>
        </w:rPr>
        <w:t>חלק א׳ – 🇮🇱 ששי ישראלי</w:t>
      </w:r>
      <w:bookmarkEnd w:id="33970"/>
    </w:p>
    <w:p>
      <w:pPr>
        <w:bidi w:val="1"/>
        <w:jc w:val="right"/>
      </w:pPr>
      <w:r>
        <w:rPr>
          <w:rFonts w:ascii="Arial" w:hAnsi="Arial" w:cs="Arial"/>
          <w:sz w:val="24"/>
          <w:rtl w:val="1"/>
          <w:szCs w:val="24"/>
        </w:rPr>
        <w:t>בכל שאלה הקיפו בעיגול את התשובה הנכונה.</w:t>
      </w:r>
    </w:p>
    <w:p>
      <w:pPr>
        <w:bidi w:val="1"/>
        <w:jc w:val="right"/>
      </w:pPr>
      <w:r>
        <w:rPr>
          <w:rFonts w:ascii="Arial" w:hAnsi="Arial" w:cs="Arial"/>
          <w:b/>
          <w:sz w:val="24"/>
          <w:rtl w:val="1"/>
          <w:bCs/>
          <w:szCs w:val="24"/>
        </w:rPr>
        <w:t>• 1. 📜 איך נקראות המגילות העתיקות שהתגלו במערות קומראן, ליד ים המלח, החל משנת 1947?</w:t>
      </w:r>
    </w:p>
    <w:p>
      <w:pPr>
        <w:bidi w:val="1"/>
        <w:jc w:val="right"/>
      </w:pPr>
      <w:r>
        <w:rPr>
          <w:rFonts w:ascii="Arial" w:hAnsi="Arial" w:cs="Arial"/>
          <w:sz w:val="25"/>
          <w:rtl w:val="1"/>
          <w:szCs w:val="25"/>
        </w:rPr>
        <w:t>◯ המגילות הגנוזות   ◯ מגילות הכותל   ◯ מגילת העצמאות   ◯ כתובת השילוח</w:t>
      </w:r>
    </w:p>
    <w:p>
      <w:pPr>
        <w:bidi w:val="1"/>
        <w:jc w:val="right"/>
      </w:pPr>
      <w:r>
        <w:rPr>
          <w:rFonts w:ascii="Arial" w:hAnsi="Arial" w:cs="Arial"/>
          <w:b/>
          <w:sz w:val="24"/>
          <w:rtl w:val="1"/>
          <w:bCs/>
          <w:szCs w:val="24"/>
        </w:rPr>
        <w:t>• 2. 🏞️ מהו הנהר הארוך ביותר בישראל?</w:t>
      </w:r>
    </w:p>
    <w:p>
      <w:pPr>
        <w:bidi w:val="1"/>
        <w:jc w:val="right"/>
      </w:pPr>
      <w:r>
        <w:rPr>
          <w:rFonts w:ascii="Arial" w:hAnsi="Arial" w:cs="Arial"/>
          <w:sz w:val="25"/>
          <w:rtl w:val="1"/>
          <w:szCs w:val="25"/>
        </w:rPr>
        <w:t>◯ הירקון   ◯ הירדן   ◯ נחל שורק   ◯ הקישון</w:t>
      </w:r>
    </w:p>
    <w:p>
      <w:pPr>
        <w:bidi w:val="1"/>
        <w:jc w:val="right"/>
      </w:pPr>
      <w:r>
        <w:rPr>
          <w:rFonts w:ascii="Arial" w:hAnsi="Arial" w:cs="Arial"/>
          <w:b/>
          <w:sz w:val="24"/>
          <w:rtl w:val="1"/>
          <w:bCs/>
          <w:szCs w:val="24"/>
        </w:rPr>
        <w:t>• 3. 🌍 ישראל יושבת במפגש של שלוש יבשות, ולכן עוברות מעליה מיליוני ציפורים נודדות. אילו יבשות?</w:t>
      </w:r>
    </w:p>
    <w:p>
      <w:pPr>
        <w:bidi w:val="1"/>
        <w:jc w:val="right"/>
      </w:pPr>
      <w:r>
        <w:rPr>
          <w:rFonts w:ascii="Arial" w:hAnsi="Arial" w:cs="Arial"/>
          <w:sz w:val="25"/>
          <w:rtl w:val="1"/>
          <w:szCs w:val="25"/>
        </w:rPr>
        <w:t>◯ אפריקה, אוסטרליה ואסיה   ◯ אסיה, אמריקה ואירופה   ◯ אירופה, אמריקה ואפריקה   ◯ אסיה, אפריקה ואירופה</w:t>
      </w:r>
    </w:p>
    <w:p>
      <w:pPr>
        <w:bidi w:val="1"/>
        <w:jc w:val="right"/>
      </w:pPr>
      <w:r>
        <w:rPr>
          <w:rFonts w:ascii="Arial" w:hAnsi="Arial" w:cs="Arial"/>
          <w:b/>
          <w:sz w:val="24"/>
          <w:rtl w:val="1"/>
          <w:bCs/>
          <w:szCs w:val="24"/>
        </w:rPr>
        <w:t>• 4. 👨 המילה 'אבא' שאנחנו אומרים כל יום – מאיזו שפה הגיעה לעברית?</w:t>
      </w:r>
    </w:p>
    <w:p>
      <w:pPr>
        <w:bidi w:val="1"/>
        <w:jc w:val="right"/>
      </w:pPr>
      <w:r>
        <w:rPr>
          <w:rFonts w:ascii="Arial" w:hAnsi="Arial" w:cs="Arial"/>
          <w:sz w:val="25"/>
          <w:rtl w:val="1"/>
          <w:szCs w:val="25"/>
        </w:rPr>
        <w:t>◯ ערבית   ◯ יוונית   ◯ ארמית   ◯ לטינית</w:t>
      </w:r>
    </w:p>
    <w:p>
      <w:pPr>
        <w:bidi w:val="1"/>
        <w:jc w:val="right"/>
      </w:pPr>
      <w:r>
        <w:rPr>
          <w:rFonts w:ascii="Arial" w:hAnsi="Arial" w:cs="Arial"/>
          <w:b/>
          <w:sz w:val="24"/>
          <w:rtl w:val="1"/>
          <w:bCs/>
          <w:szCs w:val="24"/>
        </w:rPr>
        <w:t>• 5. 🗓️ באיזה חודש עברי מתחיל חג החנוכה?</w:t>
      </w:r>
    </w:p>
    <w:p>
      <w:pPr>
        <w:bidi w:val="1"/>
        <w:jc w:val="right"/>
      </w:pPr>
      <w:r>
        <w:rPr>
          <w:rFonts w:ascii="Arial" w:hAnsi="Arial" w:cs="Arial"/>
          <w:sz w:val="25"/>
          <w:rtl w:val="1"/>
          <w:szCs w:val="25"/>
        </w:rPr>
        <w:t>◯ ניסן   ◯ תשרי   ◯ אדר   ◯ כסלו</w:t>
      </w:r>
    </w:p>
    <w:p>
      <w:pPr>
        <w:bidi w:val="1"/>
        <w:jc w:val="right"/>
      </w:pPr>
      <w:r>
        <w:rPr>
          <w:rFonts w:ascii="Arial" w:hAnsi="Arial" w:cs="Arial"/>
          <w:b/>
          <w:sz w:val="24"/>
          <w:rtl w:val="1"/>
          <w:bCs/>
          <w:szCs w:val="24"/>
        </w:rPr>
        <w:t>• 6. 🏛️ לפי המסורת, מי בנה את בית המקדש הראשון בירושלים?</w:t>
      </w:r>
    </w:p>
    <w:p>
      <w:pPr>
        <w:bidi w:val="1"/>
        <w:jc w:val="right"/>
      </w:pPr>
      <w:r>
        <w:rPr>
          <w:rFonts w:ascii="Arial" w:hAnsi="Arial" w:cs="Arial"/>
          <w:sz w:val="25"/>
          <w:rtl w:val="1"/>
          <w:szCs w:val="25"/>
        </w:rPr>
        <w:t>◯ דוד המלך   ◯ שלמה המלך   ◯ יהושע בן נון   ◯ שאול המלך</w:t>
      </w:r>
    </w:p>
    <w:p>
      <w:pPr>
        <w:bidi w:val="1"/>
        <w:jc w:val="right"/>
      </w:pPr>
      <w:r>
        <w:rPr>
          <w:rFonts w:ascii="Arial" w:hAnsi="Arial" w:cs="Arial"/>
          <w:b/>
          <w:sz w:val="24"/>
          <w:rtl w:val="1"/>
          <w:bCs/>
          <w:szCs w:val="24"/>
        </w:rPr>
        <w:t>• 7. ✨ איזו עיר בגליל העליון מכונה 'עיר המקובלים'?</w:t>
      </w:r>
    </w:p>
    <w:p>
      <w:pPr>
        <w:bidi w:val="1"/>
        <w:jc w:val="right"/>
      </w:pPr>
      <w:r>
        <w:rPr>
          <w:rFonts w:ascii="Arial" w:hAnsi="Arial" w:cs="Arial"/>
          <w:sz w:val="25"/>
          <w:rtl w:val="1"/>
          <w:szCs w:val="25"/>
        </w:rPr>
        <w:t>◯ טבריה   ◯ צפת   ◯ נהריה   ◯ עכו</w:t>
      </w:r>
    </w:p>
    <w:p>
      <w:pPr>
        <w:bidi w:val="1"/>
        <w:jc w:val="right"/>
      </w:pPr>
      <w:r>
        <w:rPr>
          <w:rFonts w:ascii="Arial" w:hAnsi="Arial" w:cs="Arial"/>
          <w:b/>
          <w:sz w:val="24"/>
          <w:rtl w:val="1"/>
          <w:bCs/>
          <w:szCs w:val="24"/>
        </w:rPr>
        <w:t>• 8. 🌊 מאיזה מקור מגיע כיום חלק גדול ממי השתייה בישראל?</w:t>
      </w:r>
    </w:p>
    <w:p>
      <w:pPr>
        <w:bidi w:val="1"/>
        <w:jc w:val="right"/>
      </w:pPr>
      <w:r>
        <w:rPr>
          <w:rFonts w:ascii="Arial" w:hAnsi="Arial" w:cs="Arial"/>
          <w:sz w:val="25"/>
          <w:rtl w:val="1"/>
          <w:szCs w:val="25"/>
        </w:rPr>
        <w:t>◯ הפשרת קרחונים   ◯ מי גשם בלבד   ◯ ים המלח   ◯ התפלת מי הים התיכון</w:t>
      </w:r>
    </w:p>
    <w:p>
      <w:pPr>
        <w:bidi w:val="1"/>
        <w:jc w:val="right"/>
      </w:pPr>
      <w:r>
        <w:rPr>
          <w:rFonts w:ascii="Arial" w:hAnsi="Arial" w:cs="Arial"/>
          <w:b/>
          <w:sz w:val="24"/>
          <w:rtl w:val="1"/>
          <w:bCs/>
          <w:szCs w:val="24"/>
        </w:rPr>
        <w:t>• 9. 🥋 באיזה ענף זכתה ישראל במדליה האולימפית הראשונה שלה (1992)?</w:t>
      </w:r>
    </w:p>
    <w:p>
      <w:pPr>
        <w:bidi w:val="1"/>
        <w:jc w:val="right"/>
      </w:pPr>
      <w:r>
        <w:rPr>
          <w:rFonts w:ascii="Arial" w:hAnsi="Arial" w:cs="Arial"/>
          <w:sz w:val="25"/>
          <w:rtl w:val="1"/>
          <w:szCs w:val="25"/>
        </w:rPr>
        <w:t>◯ כדורסל   ◯ אתלטיקה   ◯ ג׳ודו   ◯ שחייה</w:t>
      </w:r>
    </w:p>
    <w:p>
      <w:pPr>
        <w:bidi w:val="1"/>
        <w:jc w:val="right"/>
      </w:pPr>
      <w:r>
        <w:rPr>
          <w:rFonts w:ascii="Arial" w:hAnsi="Arial" w:cs="Arial"/>
          <w:b/>
          <w:sz w:val="24"/>
          <w:rtl w:val="1"/>
          <w:bCs/>
          <w:szCs w:val="24"/>
        </w:rPr>
        <w:t>• 10. ⬇️ מהי הנקודה הנמוכה ביותר על פני היבשה בעולם?</w:t>
      </w:r>
    </w:p>
    <w:p>
      <w:pPr>
        <w:bidi w:val="1"/>
        <w:jc w:val="right"/>
      </w:pPr>
      <w:r>
        <w:rPr>
          <w:rFonts w:ascii="Arial" w:hAnsi="Arial" w:cs="Arial"/>
          <w:sz w:val="25"/>
          <w:rtl w:val="1"/>
          <w:szCs w:val="25"/>
        </w:rPr>
        <w:t>◯ חופי ים המלח   ◯ חוף אילת   ◯ מכתש רמון   ◯ עמק החולה</w:t>
      </w:r>
    </w:p>
    <w:p>
      <w:pPr>
        <w:pStyle w:val="Heading2"/>
        <w:bidi w:val="1"/>
        <w:jc w:val="right"/>
      </w:pPr>
      <w:bookmarkStart w:id="83695" w:name="sB"/>
      <w:r>
        <w:rPr>
          <w:rFonts w:ascii="Arial" w:hAnsi="Arial" w:cs="Arial"/>
          <w:b/>
          <w:color w:val="DB2777"/>
          <w:sz w:val="30"/>
          <w:rtl w:val="1"/>
          <w:bCs/>
          <w:szCs w:val="30"/>
        </w:rPr>
        <w:t>חלק ב׳ – 🔢 חידה בקטנה</w:t>
      </w:r>
      <w:bookmarkEnd w:id="83695"/>
    </w:p>
    <w:p>
      <w:pPr>
        <w:bidi w:val="1"/>
        <w:jc w:val="right"/>
      </w:pPr>
      <w:r>
        <w:rPr>
          <w:rFonts w:ascii="Arial" w:hAnsi="Arial" w:cs="Arial"/>
          <w:sz w:val="24"/>
          <w:rtl w:val="1"/>
          <w:szCs w:val="24"/>
        </w:rPr>
        <w:t>קראו את החידה שבתיבה, כתבו את דרך הפתרון ואת התשובה.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 w:val="1"/>
      </w:tblPr>
      <w:tblGrid>
        <w:gridCol w:w="10206"/>
      </w:tblGrid>
      <w:tr>
        <w:tc>
          <w:tcPr>
            <w:tcW w:type="dxa" w:w="10206"/>
            <w:shd w:val="clear" w:fill="FFF8E6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sz w:val="22"/>
                <w:rtl w:val="1"/>
                <w:szCs w:val="22"/>
              </w:rPr>
              <w:t>📦 👨‍👧 פי ארבעה, פי שניים</w:t>
            </w:r>
          </w:p>
          <w:p>
            <w:pPr>
              <w:bidi w:val="1"/>
              <w:jc w:val="right"/>
            </w:pPr>
            <w:r>
              <w:rPr>
                <w:rFonts w:ascii="Arial" w:hAnsi="Arial" w:cs="Arial"/>
                <w:sz w:val="22"/>
                <w:rtl w:val="1"/>
                <w:szCs w:val="22"/>
              </w:rPr>
              <w:t>היום הגיל של אבא של שירה גדול פי 4 מהגיל שלה. בעוד 20 שנה הוא יהיה גדול רק פי 2 מהגיל שלה. בת כמה שירה היום?</w:t>
            </w:r>
          </w:p>
        </w:tc>
      </w:tr>
    </w:tbl>
    <w:p>
      <w:pPr>
        <w:bidi w:val="1"/>
        <w:jc w:val="right"/>
      </w:pPr>
      <w:r>
        <w:rPr>
          <w:rFonts w:ascii="Arial" w:hAnsi="Arial" w:cs="Arial"/>
          <w:b/>
          <w:sz w:val="24"/>
          <w:rtl w:val="1"/>
          <w:bCs/>
          <w:szCs w:val="24"/>
        </w:rPr>
        <w:t>דרך הפתרון והתשובה:</w:t>
      </w:r>
    </w:p>
    <w:p>
      <w:pPr>
        <w:bidi w:val="1"/>
        <w:jc w:val="right"/>
      </w:pPr>
      <w:r>
        <w:rPr>
          <w:rFonts w:ascii="Arial" w:hAnsi="Arial" w:cs="Arial"/>
          <w:color w:val="999999"/>
          <w:sz w:val="22"/>
          <w:rtl w:val="1"/>
          <w:szCs w:val="22"/>
        </w:rPr>
        <w:t>______________________________________________________________________________</w:t>
      </w:r>
    </w:p>
    <w:p>
      <w:pPr>
        <w:bidi w:val="1"/>
        <w:jc w:val="right"/>
      </w:pPr>
      <w:r>
        <w:rPr>
          <w:rFonts w:ascii="Arial" w:hAnsi="Arial" w:cs="Arial"/>
          <w:color w:val="999999"/>
          <w:sz w:val="22"/>
          <w:rtl w:val="1"/>
          <w:szCs w:val="22"/>
        </w:rPr>
        <w:t>______________________________________________________________________________</w:t>
      </w:r>
    </w:p>
    <w:p>
      <w:pPr>
        <w:bidi w:val="1"/>
        <w:jc w:val="right"/>
      </w:pPr>
      <w:r>
        <w:rPr>
          <w:rFonts w:ascii="Arial" w:hAnsi="Arial" w:cs="Arial"/>
          <w:color w:val="999999"/>
          <w:sz w:val="22"/>
          <w:rtl w:val="1"/>
          <w:szCs w:val="22"/>
        </w:rPr>
        <w:t>______________________________________________________________________________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 w:val="1"/>
      </w:tblPr>
      <w:tblGrid>
        <w:gridCol w:w="10206"/>
      </w:tblGrid>
      <w:tr>
        <w:tc>
          <w:tcPr>
            <w:tcW w:type="dxa" w:w="10206"/>
            <w:shd w:val="clear" w:fill="FFF8E6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sz w:val="22"/>
                <w:rtl w:val="1"/>
                <w:szCs w:val="22"/>
              </w:rPr>
              <w:t>📦 🎨 צוות הצבעים</w:t>
            </w:r>
          </w:p>
          <w:p>
            <w:pPr>
              <w:bidi w:val="1"/>
              <w:jc w:val="right"/>
            </w:pPr>
            <w:r>
              <w:rPr>
                <w:rFonts w:ascii="Arial" w:hAnsi="Arial" w:cs="Arial"/>
                <w:sz w:val="22"/>
                <w:rtl w:val="1"/>
                <w:szCs w:val="22"/>
              </w:rPr>
              <w:t>5 צבעים וצבעיות צובעים יחד 5 קירות ב-5 שעות. כמה צבעים וצבעיות צריך כדי לצבוע 20 קירות ב-10 שעות (באותו קצב)?</w:t>
            </w:r>
          </w:p>
        </w:tc>
      </w:tr>
    </w:tbl>
    <w:p>
      <w:pPr>
        <w:bidi w:val="1"/>
        <w:jc w:val="right"/>
      </w:pPr>
      <w:r>
        <w:rPr>
          <w:rFonts w:ascii="Arial" w:hAnsi="Arial" w:cs="Arial"/>
          <w:b/>
          <w:sz w:val="24"/>
          <w:rtl w:val="1"/>
          <w:bCs/>
          <w:szCs w:val="24"/>
        </w:rPr>
        <w:t>דרך הפתרון והתשובה:</w:t>
      </w:r>
    </w:p>
    <w:p>
      <w:pPr>
        <w:bidi w:val="1"/>
        <w:jc w:val="right"/>
      </w:pPr>
      <w:r>
        <w:rPr>
          <w:rFonts w:ascii="Arial" w:hAnsi="Arial" w:cs="Arial"/>
          <w:color w:val="999999"/>
          <w:sz w:val="22"/>
          <w:rtl w:val="1"/>
          <w:szCs w:val="22"/>
        </w:rPr>
        <w:t>______________________________________________________________________________</w:t>
      </w:r>
    </w:p>
    <w:p>
      <w:pPr>
        <w:bidi w:val="1"/>
        <w:jc w:val="right"/>
      </w:pPr>
      <w:r>
        <w:rPr>
          <w:rFonts w:ascii="Arial" w:hAnsi="Arial" w:cs="Arial"/>
          <w:color w:val="999999"/>
          <w:sz w:val="22"/>
          <w:rtl w:val="1"/>
          <w:szCs w:val="22"/>
        </w:rPr>
        <w:t>______________________________________________________________________________</w:t>
      </w:r>
    </w:p>
    <w:p>
      <w:pPr>
        <w:bidi w:val="1"/>
        <w:jc w:val="right"/>
      </w:pPr>
      <w:r>
        <w:rPr>
          <w:rFonts w:ascii="Arial" w:hAnsi="Arial" w:cs="Arial"/>
          <w:color w:val="999999"/>
          <w:sz w:val="22"/>
          <w:rtl w:val="1"/>
          <w:szCs w:val="22"/>
        </w:rPr>
        <w:t>______________________________________________________________________________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 w:val="1"/>
      </w:tblPr>
      <w:tblGrid>
        <w:gridCol w:w="10206"/>
      </w:tblGrid>
      <w:tr>
        <w:tc>
          <w:tcPr>
            <w:tcW w:type="dxa" w:w="10206"/>
            <w:shd w:val="clear" w:fill="FFF8E6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sz w:val="22"/>
                <w:rtl w:val="1"/>
                <w:szCs w:val="22"/>
              </w:rPr>
              <w:t>📦 🤝 לחיצות ידיים</w:t>
            </w:r>
          </w:p>
          <w:p>
            <w:pPr>
              <w:bidi w:val="1"/>
              <w:jc w:val="right"/>
            </w:pPr>
            <w:r>
              <w:rPr>
                <w:rFonts w:ascii="Arial" w:hAnsi="Arial" w:cs="Arial"/>
                <w:sz w:val="22"/>
                <w:rtl w:val="1"/>
                <w:szCs w:val="22"/>
              </w:rPr>
              <w:t>במפגש מועצת התלמידים יש 8 משתתפים ומשתתפות. כל אחד ואחת לוחצים יד לכל משתתף/ת אחר/ת בדיוק פעם אחת. כמה לחיצות ידיים יהיו?</w:t>
            </w:r>
          </w:p>
        </w:tc>
      </w:tr>
    </w:tbl>
    <w:p>
      <w:pPr>
        <w:bidi w:val="1"/>
        <w:jc w:val="right"/>
      </w:pPr>
      <w:r>
        <w:rPr>
          <w:rFonts w:ascii="Arial" w:hAnsi="Arial" w:cs="Arial"/>
          <w:b/>
          <w:sz w:val="24"/>
          <w:rtl w:val="1"/>
          <w:bCs/>
          <w:szCs w:val="24"/>
        </w:rPr>
        <w:t>דרך הפתרון והתשובה:</w:t>
      </w:r>
    </w:p>
    <w:p>
      <w:pPr>
        <w:bidi w:val="1"/>
        <w:jc w:val="right"/>
      </w:pPr>
      <w:r>
        <w:rPr>
          <w:rFonts w:ascii="Arial" w:hAnsi="Arial" w:cs="Arial"/>
          <w:color w:val="999999"/>
          <w:sz w:val="22"/>
          <w:rtl w:val="1"/>
          <w:szCs w:val="22"/>
        </w:rPr>
        <w:t>______________________________________________________________________________</w:t>
      </w:r>
    </w:p>
    <w:p>
      <w:pPr>
        <w:bidi w:val="1"/>
        <w:jc w:val="right"/>
      </w:pPr>
      <w:r>
        <w:rPr>
          <w:rFonts w:ascii="Arial" w:hAnsi="Arial" w:cs="Arial"/>
          <w:color w:val="999999"/>
          <w:sz w:val="22"/>
          <w:rtl w:val="1"/>
          <w:szCs w:val="22"/>
        </w:rPr>
        <w:t>______________________________________________________________________________</w:t>
      </w:r>
    </w:p>
    <w:p>
      <w:pPr>
        <w:bidi w:val="1"/>
        <w:jc w:val="right"/>
      </w:pPr>
      <w:r>
        <w:rPr>
          <w:rFonts w:ascii="Arial" w:hAnsi="Arial" w:cs="Arial"/>
          <w:color w:val="999999"/>
          <w:sz w:val="22"/>
          <w:rtl w:val="1"/>
          <w:szCs w:val="22"/>
        </w:rPr>
        <w:t>______________________________________________________________________________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 w:val="1"/>
      </w:tblPr>
      <w:tblGrid>
        <w:gridCol w:w="10206"/>
      </w:tblGrid>
      <w:tr>
        <w:tc>
          <w:tcPr>
            <w:tcW w:type="dxa" w:w="10206"/>
            <w:shd w:val="clear" w:fill="FFF8E6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sz w:val="22"/>
                <w:rtl w:val="1"/>
                <w:szCs w:val="22"/>
              </w:rPr>
              <w:t>📦 🏊 כרטיס לבריכה</w:t>
            </w:r>
          </w:p>
          <w:p>
            <w:pPr>
              <w:bidi w:val="1"/>
              <w:jc w:val="right"/>
            </w:pPr>
            <w:r>
              <w:rPr>
                <w:rFonts w:ascii="Arial" w:hAnsi="Arial" w:cs="Arial"/>
                <w:sz w:val="22"/>
                <w:rtl w:val="1"/>
                <w:szCs w:val="22"/>
              </w:rPr>
              <w:t>מחיר כרטיס כניסה לבריכה עלה מ-40 ₪ ל-50 ₪. בכמה אחוזים עלה המחיר?</w:t>
            </w:r>
          </w:p>
        </w:tc>
      </w:tr>
    </w:tbl>
    <w:p>
      <w:pPr>
        <w:bidi w:val="1"/>
        <w:jc w:val="right"/>
      </w:pPr>
      <w:r>
        <w:rPr>
          <w:rFonts w:ascii="Arial" w:hAnsi="Arial" w:cs="Arial"/>
          <w:b/>
          <w:sz w:val="24"/>
          <w:rtl w:val="1"/>
          <w:bCs/>
          <w:szCs w:val="24"/>
        </w:rPr>
        <w:t>דרך הפתרון והתשובה:</w:t>
      </w:r>
    </w:p>
    <w:p>
      <w:pPr>
        <w:bidi w:val="1"/>
        <w:jc w:val="right"/>
      </w:pPr>
      <w:r>
        <w:rPr>
          <w:rFonts w:ascii="Arial" w:hAnsi="Arial" w:cs="Arial"/>
          <w:color w:val="999999"/>
          <w:sz w:val="22"/>
          <w:rtl w:val="1"/>
          <w:szCs w:val="22"/>
        </w:rPr>
        <w:t>______________________________________________________________________________</w:t>
      </w:r>
    </w:p>
    <w:p>
      <w:pPr>
        <w:bidi w:val="1"/>
        <w:jc w:val="right"/>
      </w:pPr>
      <w:r>
        <w:rPr>
          <w:rFonts w:ascii="Arial" w:hAnsi="Arial" w:cs="Arial"/>
          <w:color w:val="999999"/>
          <w:sz w:val="22"/>
          <w:rtl w:val="1"/>
          <w:szCs w:val="22"/>
        </w:rPr>
        <w:t>______________________________________________________________________________</w:t>
      </w:r>
    </w:p>
    <w:p>
      <w:pPr>
        <w:bidi w:val="1"/>
        <w:jc w:val="right"/>
      </w:pPr>
      <w:r>
        <w:rPr>
          <w:rFonts w:ascii="Arial" w:hAnsi="Arial" w:cs="Arial"/>
          <w:color w:val="999999"/>
          <w:sz w:val="22"/>
          <w:rtl w:val="1"/>
          <w:szCs w:val="22"/>
        </w:rPr>
        <w:t>______________________________________________________________________________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 w:val="1"/>
      </w:tblPr>
      <w:tblGrid>
        <w:gridCol w:w="10206"/>
      </w:tblGrid>
      <w:tr>
        <w:tc>
          <w:tcPr>
            <w:tcW w:type="dxa" w:w="10206"/>
            <w:shd w:val="clear" w:fill="FFF8E6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sz w:val="22"/>
                <w:rtl w:val="1"/>
                <w:szCs w:val="22"/>
              </w:rPr>
              <w:t>📦 🚲 עלה וירד</w:t>
            </w:r>
          </w:p>
          <w:p>
            <w:pPr>
              <w:bidi w:val="1"/>
              <w:jc w:val="right"/>
            </w:pPr>
            <w:r>
              <w:rPr>
                <w:rFonts w:ascii="Arial" w:hAnsi="Arial" w:cs="Arial"/>
                <w:sz w:val="22"/>
                <w:rtl w:val="1"/>
                <w:szCs w:val="22"/>
              </w:rPr>
              <w:t>מחיר זוג אופניים היה 500 ₪. המחיר עלה ב-20%, ואחרי חודש ירד ב-20%. מה המחיר עכשיו?</w:t>
            </w:r>
          </w:p>
        </w:tc>
      </w:tr>
    </w:tbl>
    <w:p>
      <w:pPr>
        <w:bidi w:val="1"/>
        <w:jc w:val="right"/>
      </w:pPr>
      <w:r>
        <w:rPr>
          <w:rFonts w:ascii="Arial" w:hAnsi="Arial" w:cs="Arial"/>
          <w:b/>
          <w:sz w:val="24"/>
          <w:rtl w:val="1"/>
          <w:bCs/>
          <w:szCs w:val="24"/>
        </w:rPr>
        <w:t>דרך הפתרון והתשובה:</w:t>
      </w:r>
    </w:p>
    <w:p>
      <w:pPr>
        <w:bidi w:val="1"/>
        <w:jc w:val="right"/>
      </w:pPr>
      <w:r>
        <w:rPr>
          <w:rFonts w:ascii="Arial" w:hAnsi="Arial" w:cs="Arial"/>
          <w:color w:val="999999"/>
          <w:sz w:val="22"/>
          <w:rtl w:val="1"/>
          <w:szCs w:val="22"/>
        </w:rPr>
        <w:t>______________________________________________________________________________</w:t>
      </w:r>
    </w:p>
    <w:p>
      <w:pPr>
        <w:bidi w:val="1"/>
        <w:jc w:val="right"/>
      </w:pPr>
      <w:r>
        <w:rPr>
          <w:rFonts w:ascii="Arial" w:hAnsi="Arial" w:cs="Arial"/>
          <w:color w:val="999999"/>
          <w:sz w:val="22"/>
          <w:rtl w:val="1"/>
          <w:szCs w:val="22"/>
        </w:rPr>
        <w:t>______________________________________________________________________________</w:t>
      </w:r>
    </w:p>
    <w:p>
      <w:pPr>
        <w:bidi w:val="1"/>
        <w:jc w:val="right"/>
      </w:pPr>
      <w:r>
        <w:rPr>
          <w:rFonts w:ascii="Arial" w:hAnsi="Arial" w:cs="Arial"/>
          <w:color w:val="999999"/>
          <w:sz w:val="22"/>
          <w:rtl w:val="1"/>
          <w:szCs w:val="22"/>
        </w:rPr>
        <w:t>______________________________________________________________________________</w:t>
      </w:r>
    </w:p>
    <w:p>
      <w:pPr>
        <w:pStyle w:val="Heading2"/>
        <w:bidi w:val="1"/>
        <w:jc w:val="right"/>
      </w:pPr>
      <w:bookmarkStart w:id="24386" w:name="sC"/>
      <w:r>
        <w:rPr>
          <w:rFonts w:ascii="Arial" w:hAnsi="Arial" w:cs="Arial"/>
          <w:b/>
          <w:color w:val="DB2777"/>
          <w:sz w:val="30"/>
          <w:rtl w:val="1"/>
          <w:bCs/>
          <w:szCs w:val="30"/>
        </w:rPr>
        <w:t>חלק ג׳ – 🧩 מילה משותפת ו📍 גלו את המקום</w:t>
      </w:r>
      <w:bookmarkEnd w:id="24386"/>
    </w:p>
    <w:p>
      <w:pPr>
        <w:bidi w:val="1"/>
        <w:jc w:val="right"/>
      </w:pPr>
      <w:r>
        <w:rPr>
          <w:rFonts w:ascii="Arial" w:hAnsi="Arial" w:cs="Arial"/>
          <w:sz w:val="24"/>
          <w:rtl w:val="1"/>
          <w:szCs w:val="24"/>
        </w:rPr>
        <w:t>מצאו את המילה שמתחברת לכל ארבע המילים, וכתבו אותה בשורה. אחר כך גלו את המקום לפי הרמזים.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 w:val="1"/>
      </w:tblPr>
      <w:tblGrid>
        <w:gridCol w:w="5103"/>
        <w:gridCol w:w="5103"/>
      </w:tblGrid>
      <w:tr>
        <w:tc>
          <w:tcPr>
            <w:tcW w:type="dxa" w:w="5103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sz w:val="23"/>
                <w:rtl w:val="1"/>
                <w:szCs w:val="23"/>
              </w:rPr>
              <w:t>🧩 🔧 ברגים · 🔤 מילת · 🎯 עמדת · 🎼 סול</w:t>
            </w:r>
          </w:p>
          <w:p>
            <w:pPr>
              <w:bidi w:val="1"/>
              <w:jc w:val="right"/>
            </w:pPr>
            <w:r>
              <w:rPr>
                <w:rFonts w:ascii="Arial" w:hAnsi="Arial" w:cs="Arial"/>
                <w:sz w:val="23"/>
                <w:rtl w:val="1"/>
                <w:szCs w:val="23"/>
              </w:rPr>
              <w:t>המילה המשותפת: ____________</w:t>
            </w:r>
          </w:p>
        </w:tc>
        <w:tc>
          <w:tcPr>
            <w:tcW w:type="dxa" w:w="5103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sz w:val="23"/>
                <w:rtl w:val="1"/>
                <w:szCs w:val="23"/>
              </w:rPr>
              <w:t>🧩 🔴 השני · 🦴 שדרה · 🦷 דנטלי · 🔌 חשמל</w:t>
            </w:r>
          </w:p>
          <w:p>
            <w:pPr>
              <w:bidi w:val="1"/>
              <w:jc w:val="right"/>
            </w:pPr>
            <w:r>
              <w:rPr>
                <w:rFonts w:ascii="Arial" w:hAnsi="Arial" w:cs="Arial"/>
                <w:sz w:val="23"/>
                <w:rtl w:val="1"/>
                <w:szCs w:val="23"/>
              </w:rPr>
              <w:t>המילה המשותפת: ____________</w:t>
            </w:r>
          </w:p>
        </w:tc>
      </w:tr>
      <w:tr>
        <w:tc>
          <w:tcPr>
            <w:tcW w:type="dxa" w:w="5103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sz w:val="23"/>
                <w:rtl w:val="1"/>
                <w:szCs w:val="23"/>
              </w:rPr>
              <w:t>🧩 🪢 תלוי · 👃 האף · 🚢 פיקוד · 🗺️ יבשתי</w:t>
            </w:r>
          </w:p>
          <w:p>
            <w:pPr>
              <w:bidi w:val="1"/>
              <w:jc w:val="right"/>
            </w:pPr>
            <w:r>
              <w:rPr>
                <w:rFonts w:ascii="Arial" w:hAnsi="Arial" w:cs="Arial"/>
                <w:sz w:val="23"/>
                <w:rtl w:val="1"/>
                <w:szCs w:val="23"/>
              </w:rPr>
              <w:t>המילה המשותפת: ____________</w:t>
            </w:r>
          </w:p>
        </w:tc>
        <w:tc>
          <w:tcPr>
            <w:tcW w:type="dxa" w:w="5103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sz w:val="23"/>
                <w:rtl w:val="1"/>
                <w:szCs w:val="23"/>
              </w:rPr>
              <w:t>🧩 📖 סיפור · 📈 שיא · 0️⃣ אפס · 🍀 כושר</w:t>
            </w:r>
          </w:p>
          <w:p>
            <w:pPr>
              <w:bidi w:val="1"/>
              <w:jc w:val="right"/>
            </w:pPr>
            <w:r>
              <w:rPr>
                <w:rFonts w:ascii="Arial" w:hAnsi="Arial" w:cs="Arial"/>
                <w:sz w:val="23"/>
                <w:rtl w:val="1"/>
                <w:szCs w:val="23"/>
              </w:rPr>
              <w:t>המילה המשותפת: ____________</w:t>
            </w:r>
          </w:p>
        </w:tc>
      </w:tr>
      <w:tr>
        <w:tc>
          <w:tcPr>
            <w:tcW w:type="dxa" w:w="5103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sz w:val="23"/>
                <w:rtl w:val="1"/>
                <w:szCs w:val="23"/>
              </w:rPr>
              <w:t>🧩 👑 כחול · 🔥 חם · 🧊 קר · 🎁 תרומת</w:t>
            </w:r>
          </w:p>
          <w:p>
            <w:pPr>
              <w:bidi w:val="1"/>
              <w:jc w:val="right"/>
            </w:pPr>
            <w:r>
              <w:rPr>
                <w:rFonts w:ascii="Arial" w:hAnsi="Arial" w:cs="Arial"/>
                <w:sz w:val="23"/>
                <w:rtl w:val="1"/>
                <w:szCs w:val="23"/>
              </w:rPr>
              <w:t>המילה המשותפת: ____________</w:t>
            </w:r>
          </w:p>
        </w:tc>
        <w:tc>
          <w:tcPr>
            <w:tcW w:type="dxa" w:w="5103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sz w:val="23"/>
                <w:rtl w:val="1"/>
                <w:szCs w:val="23"/>
              </w:rPr>
              <w:t>🧩 🧭 רצון · 🍎 משיכה · 🐎 סוס · 👥 אדם</w:t>
            </w:r>
          </w:p>
          <w:p>
            <w:pPr>
              <w:bidi w:val="1"/>
              <w:jc w:val="right"/>
            </w:pPr>
            <w:r>
              <w:rPr>
                <w:rFonts w:ascii="Arial" w:hAnsi="Arial" w:cs="Arial"/>
                <w:sz w:val="23"/>
                <w:rtl w:val="1"/>
                <w:szCs w:val="23"/>
              </w:rPr>
              <w:t>המילה המשותפת: ____________</w:t>
            </w:r>
          </w:p>
        </w:tc>
      </w:tr>
    </w:tbl>
    <w:tbl>
      <w:tblPr>
        <w:tblStyle w:val="TableGrid"/>
        <w:tblW w:type="auto" w:w="0"/>
        <w:tblLook w:firstColumn="1" w:firstRow="1" w:lastColumn="0" w:lastRow="0" w:noHBand="0" w:noVBand="1" w:val="04A0"/>
        <w:bidiVisual w:val="1"/>
      </w:tblPr>
      <w:tblGrid>
        <w:gridCol w:w="5103"/>
        <w:gridCol w:w="5103"/>
      </w:tblGrid>
      <w:tr>
        <w:tc>
          <w:tcPr>
            <w:tcW w:type="dxa" w:w="5103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sz w:val="23"/>
                <w:rtl w:val="1"/>
                <w:szCs w:val="23"/>
              </w:rPr>
              <w:t>📍 🏟️ ⚓ 🏛️ 🌊</w:t>
            </w:r>
          </w:p>
          <w:p>
            <w:pPr>
              <w:bidi w:val="1"/>
              <w:jc w:val="right"/>
            </w:pPr>
            <w:r>
              <w:rPr>
                <w:rFonts w:ascii="Arial" w:hAnsi="Arial" w:cs="Arial"/>
                <w:sz w:val="23"/>
                <w:rtl w:val="1"/>
                <w:szCs w:val="23"/>
              </w:rPr>
              <w:t>רמז: עיר נמל עתיקה שבנה הורדוס, ויש בה תיאטרון רומי מול הים</w:t>
            </w:r>
          </w:p>
          <w:p>
            <w:pPr>
              <w:bidi w:val="1"/>
              <w:jc w:val="right"/>
            </w:pPr>
            <w:r>
              <w:rPr>
                <w:rFonts w:ascii="Arial" w:hAnsi="Arial" w:cs="Arial"/>
                <w:sz w:val="23"/>
                <w:rtl w:val="1"/>
                <w:szCs w:val="23"/>
              </w:rPr>
              <w:t>_ _ _ _ _ _</w:t>
            </w:r>
          </w:p>
        </w:tc>
        <w:tc>
          <w:tcPr>
            <w:tcW w:type="dxa" w:w="5103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sz w:val="23"/>
                <w:rtl w:val="1"/>
                <w:szCs w:val="23"/>
              </w:rPr>
              <w:t>📍 🏛️ 🏺 🛁 🌋</w:t>
            </w:r>
          </w:p>
          <w:p>
            <w:pPr>
              <w:bidi w:val="1"/>
              <w:jc w:val="right"/>
            </w:pPr>
            <w:r>
              <w:rPr>
                <w:rFonts w:ascii="Arial" w:hAnsi="Arial" w:cs="Arial"/>
                <w:sz w:val="23"/>
                <w:rtl w:val="1"/>
                <w:szCs w:val="23"/>
              </w:rPr>
              <w:t>רמז: עיר עתיקה בעמק, עם רחוב עמודים רומי ומרחצאות</w:t>
            </w:r>
          </w:p>
          <w:p>
            <w:pPr>
              <w:bidi w:val="1"/>
              <w:jc w:val="right"/>
            </w:pPr>
            <w:r>
              <w:rPr>
                <w:rFonts w:ascii="Arial" w:hAnsi="Arial" w:cs="Arial"/>
                <w:sz w:val="23"/>
                <w:rtl w:val="1"/>
                <w:szCs w:val="23"/>
              </w:rPr>
              <w:t>_ _ _ _ _ _</w:t>
            </w:r>
          </w:p>
        </w:tc>
      </w:tr>
      <w:tr>
        <w:tc>
          <w:tcPr>
            <w:tcW w:type="dxa" w:w="5103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sz w:val="23"/>
                <w:rtl w:val="1"/>
                <w:szCs w:val="23"/>
              </w:rPr>
              <w:t>📍 🐦 🌾 🔭 🍂</w:t>
            </w:r>
          </w:p>
          <w:p>
            <w:pPr>
              <w:bidi w:val="1"/>
              <w:jc w:val="right"/>
            </w:pPr>
            <w:r>
              <w:rPr>
                <w:rFonts w:ascii="Arial" w:hAnsi="Arial" w:cs="Arial"/>
                <w:sz w:val="23"/>
                <w:rtl w:val="1"/>
                <w:szCs w:val="23"/>
              </w:rPr>
              <w:t>רמז: מאות אלפי עגורים עוצרים כאן בכל סתיו</w:t>
            </w:r>
          </w:p>
          <w:p>
            <w:pPr>
              <w:bidi w:val="1"/>
              <w:jc w:val="right"/>
            </w:pPr>
            <w:r>
              <w:rPr>
                <w:rFonts w:ascii="Arial" w:hAnsi="Arial" w:cs="Arial"/>
                <w:sz w:val="23"/>
                <w:rtl w:val="1"/>
                <w:szCs w:val="23"/>
              </w:rPr>
              <w:t>_ _ _ _ _ _ _ _</w:t>
            </w:r>
          </w:p>
        </w:tc>
        <w:tc>
          <w:tcPr>
            <w:tcW w:type="dxa" w:w="5103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sz w:val="23"/>
                <w:rtl w:val="1"/>
                <w:szCs w:val="23"/>
              </w:rPr>
              <w:t>📍 ⛏️ 🪨 🏜️ 🍄</w:t>
            </w:r>
          </w:p>
          <w:p>
            <w:pPr>
              <w:bidi w:val="1"/>
              <w:jc w:val="right"/>
            </w:pPr>
            <w:r>
              <w:rPr>
                <w:rFonts w:ascii="Arial" w:hAnsi="Arial" w:cs="Arial"/>
                <w:sz w:val="23"/>
                <w:rtl w:val="1"/>
                <w:szCs w:val="23"/>
              </w:rPr>
              <w:t>רמז: מכרות נחושת עתיקים בדרום, וסלעים בצורת פטריה ועמודים</w:t>
            </w:r>
          </w:p>
          <w:p>
            <w:pPr>
              <w:bidi w:val="1"/>
              <w:jc w:val="right"/>
            </w:pPr>
            <w:r>
              <w:rPr>
                <w:rFonts w:ascii="Arial" w:hAnsi="Arial" w:cs="Arial"/>
                <w:sz w:val="23"/>
                <w:rtl w:val="1"/>
                <w:szCs w:val="23"/>
              </w:rPr>
              <w:t>_ _ _ _</w:t>
            </w:r>
          </w:p>
        </w:tc>
      </w:tr>
    </w:tbl>
    <w:p>
      <w:pPr>
        <w:pStyle w:val="Heading2"/>
        <w:bidi w:val="1"/>
        <w:jc w:val="right"/>
      </w:pPr>
      <w:bookmarkStart w:id="24758" w:name="sE"/>
      <w:r>
        <w:rPr>
          <w:rFonts w:ascii="Arial" w:hAnsi="Arial" w:cs="Arial"/>
          <w:b/>
          <w:color w:val="DB2777"/>
          <w:sz w:val="30"/>
          <w:rtl w:val="1"/>
          <w:bCs/>
          <w:szCs w:val="30"/>
        </w:rPr>
        <w:t>🔐 חדר בריחה על הדף: מכונת הזמן במעבדה</w:t>
      </w:r>
      <w:bookmarkEnd w:id="24758"/>
    </w:p>
    <w:tbl>
      <w:tblPr>
        <w:tblStyle w:val="TableGrid"/>
        <w:tblW w:type="auto" w:w="0"/>
        <w:tblLook w:firstColumn="1" w:firstRow="1" w:lastColumn="0" w:lastRow="0" w:noHBand="0" w:noVBand="1" w:val="04A0"/>
        <w:bidiVisual w:val="1"/>
      </w:tblPr>
      <w:tblGrid>
        <w:gridCol w:w="10206"/>
      </w:tblGrid>
      <w:tr>
        <w:tc>
          <w:tcPr>
            <w:tcW w:type="dxa" w:w="10206"/>
            <w:shd w:val="clear" w:fill="FFF8E6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sz w:val="22"/>
                <w:rtl w:val="1"/>
                <w:szCs w:val="22"/>
              </w:rPr>
              <w:t>📦 ⏳ תערוכת מדע בערב פתוח, ליד מכונת זמן דמיונית</w:t>
            </w:r>
          </w:p>
          <w:p>
            <w:pPr>
              <w:bidi w:val="1"/>
              <w:jc w:val="right"/>
            </w:pPr>
            <w:r>
              <w:rPr>
                <w:rFonts w:ascii="Arial" w:hAnsi="Arial" w:cs="Arial"/>
                <w:sz w:val="22"/>
                <w:rtl w:val="1"/>
                <w:szCs w:val="22"/>
              </w:rPr>
              <w:t>בערב פתוח של תערוכת מדע הוצגה 'מכונת זמן' – דגם ענק עם נורות, גלגלי שיניים ומסך. כשהקבוצה נכנסה לתא של הדגם, הדלת נסגרה מאחוריה והמסך הבהב: 'כדי לצאת – הזינו קוד בן 4 ספרות'. מסתבר שהמכונה היא בעצם חדר בריחה, והמהנדסת שבנתה אותה השאירה רמזים.</w:t>
            </w:r>
          </w:p>
        </w:tc>
      </w:tr>
    </w:tbl>
    <w:p>
      <w:pPr>
        <w:bidi w:val="1"/>
        <w:jc w:val="right"/>
      </w:pPr>
      <w:r>
        <w:rPr>
          <w:rFonts w:ascii="Arial" w:hAnsi="Arial" w:cs="Arial"/>
          <w:b/>
          <w:sz w:val="24"/>
          <w:rtl w:val="1"/>
          <w:bCs/>
          <w:szCs w:val="24"/>
        </w:rPr>
        <w:t>• שלב 1: על המסך מופיעים מספרים: 21-2-16. מתחתם כתוב: 'א=1, ב=2, ג=3 … ת=22'.</w:t>
      </w:r>
    </w:p>
    <w:p>
      <w:pPr>
        <w:bidi w:val="1"/>
        <w:jc w:val="right"/>
      </w:pPr>
      <w:r>
        <w:rPr>
          <w:rFonts w:ascii="Arial" w:hAnsi="Arial" w:cs="Arial"/>
          <w:sz w:val="24"/>
          <w:rtl w:val="1"/>
          <w:szCs w:val="24"/>
        </w:rPr>
        <w:t>פענחו את המילה לפי מיקום האותיות באלף-בית. המילה היא שם של מספר – והוא הספרה הראשונה.</w:t>
      </w:r>
    </w:p>
    <w:p>
      <w:pPr>
        <w:bidi w:val="1"/>
        <w:jc w:val="right"/>
      </w:pPr>
      <w:r>
        <w:rPr>
          <w:rFonts w:ascii="Arial" w:hAnsi="Arial" w:cs="Arial"/>
          <w:color w:val="999999"/>
          <w:sz w:val="22"/>
          <w:rtl w:val="1"/>
          <w:szCs w:val="22"/>
        </w:rPr>
        <w:t>______________________________________________________________________________</w:t>
      </w:r>
    </w:p>
    <w:p>
      <w:pPr>
        <w:bidi w:val="1"/>
        <w:jc w:val="right"/>
      </w:pPr>
      <w:r>
        <w:rPr>
          <w:rFonts w:ascii="Arial" w:hAnsi="Arial" w:cs="Arial"/>
          <w:b/>
          <w:sz w:val="24"/>
          <w:rtl w:val="1"/>
          <w:bCs/>
          <w:szCs w:val="24"/>
        </w:rPr>
        <w:t>• שלב 2: על שלושה מכשירים בתא – שעון, מצפן ומגן – יש מדבקות בשלושה צבעים שונים: אדום, כחול וירוק. בפתק כתוב: 'השעון אינו אדום ואינו כחול. המצפן אינו אדום'.</w:t>
      </w:r>
    </w:p>
    <w:p>
      <w:pPr>
        <w:bidi w:val="1"/>
        <w:jc w:val="right"/>
      </w:pPr>
      <w:r>
        <w:rPr>
          <w:rFonts w:ascii="Arial" w:hAnsi="Arial" w:cs="Arial"/>
          <w:sz w:val="24"/>
          <w:rtl w:val="1"/>
          <w:szCs w:val="24"/>
        </w:rPr>
        <w:t>מה צבע המגן? מספר האותיות בשם הצבע של המגן הוא הספרה השנייה.</w:t>
      </w:r>
    </w:p>
    <w:p>
      <w:pPr>
        <w:bidi w:val="1"/>
        <w:jc w:val="right"/>
      </w:pPr>
      <w:r>
        <w:rPr>
          <w:rFonts w:ascii="Arial" w:hAnsi="Arial" w:cs="Arial"/>
          <w:color w:val="999999"/>
          <w:sz w:val="22"/>
          <w:rtl w:val="1"/>
          <w:szCs w:val="22"/>
        </w:rPr>
        <w:t>______________________________________________________________________________</w:t>
      </w:r>
    </w:p>
    <w:p>
      <w:pPr>
        <w:bidi w:val="1"/>
        <w:jc w:val="right"/>
      </w:pPr>
      <w:r>
        <w:rPr>
          <w:rFonts w:ascii="Arial" w:hAnsi="Arial" w:cs="Arial"/>
          <w:b/>
          <w:sz w:val="24"/>
          <w:rtl w:val="1"/>
          <w:bCs/>
          <w:szCs w:val="24"/>
        </w:rPr>
        <w:t>• שלב 3: על לוח הבקרה נדלקות נורות לפי הסדרה: 1, 4, 9, 16, 25, ?</w:t>
      </w:r>
    </w:p>
    <w:p>
      <w:pPr>
        <w:bidi w:val="1"/>
        <w:jc w:val="right"/>
      </w:pPr>
      <w:r>
        <w:rPr>
          <w:rFonts w:ascii="Arial" w:hAnsi="Arial" w:cs="Arial"/>
          <w:sz w:val="24"/>
          <w:rtl w:val="1"/>
          <w:szCs w:val="24"/>
        </w:rPr>
        <w:t>מהו האיבר הבא בסדרה? ספרת האחדות שלו היא הספרה השלישית.</w:t>
      </w:r>
    </w:p>
    <w:p>
      <w:pPr>
        <w:bidi w:val="1"/>
        <w:jc w:val="right"/>
      </w:pPr>
      <w:r>
        <w:rPr>
          <w:rFonts w:ascii="Arial" w:hAnsi="Arial" w:cs="Arial"/>
          <w:color w:val="999999"/>
          <w:sz w:val="22"/>
          <w:rtl w:val="1"/>
          <w:szCs w:val="22"/>
        </w:rPr>
        <w:t>______________________________________________________________________________</w:t>
      </w:r>
    </w:p>
    <w:p>
      <w:pPr>
        <w:bidi w:val="1"/>
        <w:jc w:val="right"/>
      </w:pPr>
      <w:r>
        <w:rPr>
          <w:rFonts w:ascii="Arial" w:hAnsi="Arial" w:cs="Arial"/>
          <w:b/>
          <w:sz w:val="24"/>
          <w:rtl w:val="1"/>
          <w:bCs/>
          <w:szCs w:val="24"/>
        </w:rPr>
        <w:t>• שלב 4: על השעון הדיגיטלי כתוב: 'השעה עכשיו 10:00. המכונה קופצת 100 שעות קדימה'.</w:t>
      </w:r>
    </w:p>
    <w:p>
      <w:pPr>
        <w:bidi w:val="1"/>
        <w:jc w:val="right"/>
      </w:pPr>
      <w:r>
        <w:rPr>
          <w:rFonts w:ascii="Arial" w:hAnsi="Arial" w:cs="Arial"/>
          <w:sz w:val="24"/>
          <w:rtl w:val="1"/>
          <w:szCs w:val="24"/>
        </w:rPr>
        <w:t>מה תהיה השעה בשעון של 24 שעות אחרי הקפיצה? ספרת האחדות של השעה היא הספרה האחרונה.</w:t>
      </w:r>
    </w:p>
    <w:p>
      <w:pPr>
        <w:bidi w:val="1"/>
        <w:jc w:val="right"/>
      </w:pPr>
      <w:r>
        <w:rPr>
          <w:rFonts w:ascii="Arial" w:hAnsi="Arial" w:cs="Arial"/>
          <w:color w:val="999999"/>
          <w:sz w:val="22"/>
          <w:rtl w:val="1"/>
          <w:szCs w:val="22"/>
        </w:rPr>
        <w:t>______________________________________________________________________________</w:t>
      </w:r>
    </w:p>
    <w:p>
      <w:pPr>
        <w:bidi w:val="1"/>
        <w:jc w:val="right"/>
      </w:pPr>
      <w:r>
        <w:rPr>
          <w:rFonts w:ascii="Arial" w:hAnsi="Arial" w:cs="Arial"/>
          <w:b/>
          <w:sz w:val="26"/>
          <w:rtl w:val="1"/>
          <w:bCs/>
          <w:szCs w:val="26"/>
        </w:rPr>
        <w:t xml:space="preserve">🔒 הקוד שלנו:   ▢   ▢   ▢   ▢ </w:t>
      </w:r>
    </w:p>
    <w:p>
      <w:pPr>
        <w:pStyle w:val="Heading2"/>
        <w:bidi w:val="1"/>
        <w:jc w:val="right"/>
      </w:pPr>
      <w:bookmarkStart w:id="7863" w:name="sW"/>
      <w:r>
        <w:rPr>
          <w:rFonts w:ascii="Arial" w:hAnsi="Arial" w:cs="Arial"/>
          <w:b/>
          <w:color w:val="DB2777"/>
          <w:sz w:val="30"/>
          <w:rtl w:val="1"/>
          <w:bCs/>
          <w:szCs w:val="30"/>
        </w:rPr>
        <w:t>✍️ חידה משלי</w:t>
      </w:r>
      <w:bookmarkEnd w:id="7863"/>
    </w:p>
    <w:p>
      <w:pPr>
        <w:bidi w:val="1"/>
        <w:jc w:val="right"/>
      </w:pPr>
      <w:r>
        <w:rPr>
          <w:rFonts w:ascii="Arial" w:hAnsi="Arial" w:cs="Arial"/>
          <w:sz w:val="24"/>
          <w:rtl w:val="1"/>
          <w:szCs w:val="24"/>
        </w:rPr>
        <w:t>כתבו חידה, שאלת טריוויה או סט 'מילה משותפת' משלכם – והחליפו עם חבר/ה.</w:t>
      </w:r>
    </w:p>
    <w:p>
      <w:pPr>
        <w:bidi w:val="1"/>
        <w:jc w:val="right"/>
      </w:pPr>
      <w:r>
        <w:rPr>
          <w:rFonts w:ascii="Arial" w:hAnsi="Arial" w:cs="Arial"/>
          <w:color w:val="999999"/>
          <w:sz w:val="22"/>
          <w:rtl w:val="1"/>
          <w:szCs w:val="22"/>
        </w:rPr>
        <w:t>______________________________________________________________________________</w:t>
      </w:r>
    </w:p>
    <w:p>
      <w:pPr>
        <w:bidi w:val="1"/>
        <w:jc w:val="right"/>
      </w:pPr>
      <w:r>
        <w:rPr>
          <w:rFonts w:ascii="Arial" w:hAnsi="Arial" w:cs="Arial"/>
          <w:color w:val="999999"/>
          <w:sz w:val="22"/>
          <w:rtl w:val="1"/>
          <w:szCs w:val="22"/>
        </w:rPr>
        <w:t>______________________________________________________________________________</w:t>
      </w:r>
    </w:p>
    <w:p>
      <w:pPr>
        <w:bidi w:val="1"/>
        <w:jc w:val="right"/>
      </w:pPr>
      <w:r>
        <w:rPr>
          <w:rFonts w:ascii="Arial" w:hAnsi="Arial" w:cs="Arial"/>
          <w:color w:val="999999"/>
          <w:sz w:val="22"/>
          <w:rtl w:val="1"/>
          <w:szCs w:val="22"/>
        </w:rPr>
        <w:t>______________________________________________________________________________</w:t>
      </w:r>
    </w:p>
    <w:p>
      <w:pPr>
        <w:bidi w:val="1"/>
        <w:jc w:val="right"/>
      </w:pPr>
      <w:r>
        <w:rPr>
          <w:rFonts w:ascii="Arial" w:hAnsi="Arial" w:cs="Arial"/>
          <w:color w:val="999999"/>
          <w:sz w:val="22"/>
          <w:rtl w:val="1"/>
          <w:szCs w:val="22"/>
        </w:rPr>
        <w:t>______________________________________________________________________________</w:t>
      </w:r>
    </w:p>
    <w:p>
      <w:pPr>
        <w:bidi w:val="1"/>
        <w:jc w:val="right"/>
      </w:pPr>
      <w:r>
        <w:rPr>
          <w:rFonts w:ascii="Arial" w:hAnsi="Arial" w:cs="Arial"/>
          <w:color w:val="999999"/>
          <w:sz w:val="22"/>
          <w:rtl w:val="1"/>
          <w:szCs w:val="22"/>
        </w:rPr>
        <w:t>______________________________________________________________________________</w:t>
      </w:r>
    </w:p>
    <w:p>
      <w:pPr>
        <w:bidi w:val="1"/>
        <w:jc w:val="right"/>
      </w:pPr>
      <w:r>
        <w:rPr>
          <w:rFonts w:ascii="Arial" w:hAnsi="Arial" w:cs="Arial"/>
          <w:color w:val="666666"/>
          <w:sz w:val="22"/>
          <w:rtl w:val="1"/>
          <w:szCs w:val="22"/>
        </w:rPr>
        <w:t>✂ - - - - - - - - - - - - - - - - - - - - - - - - - - - - - - - -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 w:val="1"/>
      </w:tblPr>
      <w:tblGrid>
        <w:gridCol w:w="10206"/>
      </w:tblGrid>
      <w:tr>
        <w:tc>
          <w:tcPr>
            <w:tcW w:type="dxa" w:w="10206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sz w:val="22"/>
                <w:rtl w:val="1"/>
                <w:szCs w:val="22"/>
              </w:rPr>
              <w:t>🎫 כרטיס יציאה    שם: __________</w:t>
            </w:r>
          </w:p>
          <w:p>
            <w:pPr>
              <w:bidi w:val="1"/>
              <w:jc w:val="right"/>
            </w:pPr>
            <w:r>
              <w:rPr>
                <w:rFonts w:ascii="Arial" w:hAnsi="Arial" w:cs="Arial"/>
                <w:sz w:val="22"/>
                <w:rtl w:val="1"/>
                <w:szCs w:val="22"/>
              </w:rPr>
              <w:t>1. איזו חידה הייתה הכי מאתגרת בעיניי ולמה?</w:t>
            </w:r>
          </w:p>
          <w:p>
            <w:pPr>
              <w:bidi w:val="1"/>
              <w:jc w:val="right"/>
            </w:pPr>
            <w:r>
              <w:rPr>
                <w:rFonts w:ascii="Arial" w:hAnsi="Arial" w:cs="Arial"/>
                <w:sz w:val="22"/>
                <w:rtl w:val="1"/>
                <w:szCs w:val="22"/>
              </w:rPr>
              <w:t>______________________________________________</w:t>
            </w:r>
          </w:p>
          <w:p>
            <w:pPr>
              <w:bidi w:val="1"/>
              <w:jc w:val="right"/>
            </w:pPr>
            <w:r>
              <w:rPr>
                <w:rFonts w:ascii="Arial" w:hAnsi="Arial" w:cs="Arial"/>
                <w:sz w:val="22"/>
                <w:rtl w:val="1"/>
                <w:szCs w:val="22"/>
              </w:rPr>
              <w:t>2. דבר אחד חדש שלמדתי על ישראל:</w:t>
            </w:r>
          </w:p>
          <w:p>
            <w:pPr>
              <w:bidi w:val="1"/>
              <w:jc w:val="right"/>
            </w:pPr>
            <w:r>
              <w:rPr>
                <w:rFonts w:ascii="Arial" w:hAnsi="Arial" w:cs="Arial"/>
                <w:sz w:val="22"/>
                <w:rtl w:val="1"/>
                <w:szCs w:val="22"/>
              </w:rPr>
              <w:t>______________________________________________</w:t>
            </w:r>
          </w:p>
          <w:p>
            <w:pPr>
              <w:bidi w:val="1"/>
              <w:jc w:val="right"/>
            </w:pPr>
            <w:r>
              <w:rPr>
                <w:rFonts w:ascii="Arial" w:hAnsi="Arial" w:cs="Arial"/>
                <w:sz w:val="22"/>
                <w:rtl w:val="1"/>
                <w:szCs w:val="22"/>
              </w:rPr>
              <w:t>3. איך עבדתי עם הקבוצה? ⭐⭐⭐</w:t>
            </w:r>
          </w:p>
          <w:p>
            <w:pPr>
              <w:bidi w:val="1"/>
              <w:jc w:val="right"/>
            </w:pPr>
            <w:r>
              <w:rPr>
                <w:rFonts w:ascii="Arial" w:hAnsi="Arial" w:cs="Arial"/>
                <w:sz w:val="22"/>
                <w:rtl w:val="1"/>
                <w:szCs w:val="22"/>
              </w:rPr>
              <w:t>______________________________________________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850" w:bottom="850" w:left="85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bidi w:val="1"/>
      <w:jc w:val="right"/>
    </w:pPr>
    <w:r>
      <w:rPr>
        <w:rFonts w:ascii="Arial" w:hAnsi="Arial" w:cs="Arial"/>
        <w:color w:val="888888"/>
        <w:sz w:val="16"/>
        <w:rtl w:val="1"/>
        <w:szCs w:val="16"/>
      </w:rPr>
      <w:t>חידות וטריוויה – חוברת מלאה (מורה + תלמיד) – ז׳–ט׳ ·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חידות וטריוויה – חוברת מלאה (מורה + תלמיד) – ז׳–ט׳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